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4914" w14:textId="77777777" w:rsidR="00360561" w:rsidRPr="00A43CC7" w:rsidRDefault="00360561">
      <w:pPr>
        <w:jc w:val="center"/>
        <w:rPr>
          <w:rFonts w:ascii="Segoe UI" w:hAnsi="Segoe UI" w:cs="Segoe UI"/>
          <w:b/>
          <w:color w:val="163A5F"/>
          <w:sz w:val="36"/>
        </w:rPr>
      </w:pPr>
    </w:p>
    <w:p w14:paraId="7C38D778" w14:textId="20CD491B" w:rsidR="005F6261" w:rsidRPr="00A43CC7" w:rsidRDefault="00740C9D">
      <w:pPr>
        <w:jc w:val="center"/>
        <w:rPr>
          <w:rFonts w:ascii="Segoe UI" w:hAnsi="Segoe UI" w:cs="Segoe UI"/>
        </w:rPr>
      </w:pPr>
      <w:r w:rsidRPr="00A43CC7">
        <w:rPr>
          <w:rFonts w:ascii="Segoe UI" w:hAnsi="Segoe UI" w:cs="Segoe UI"/>
          <w:b/>
          <w:color w:val="163A5F"/>
          <w:sz w:val="36"/>
        </w:rPr>
        <w:t>FORMULARIO MANUAL DE SOLICITUD</w:t>
      </w:r>
    </w:p>
    <w:p w14:paraId="15DB8385" w14:textId="7BD67A93" w:rsidR="000C2D03" w:rsidRDefault="000C2D03">
      <w:pPr>
        <w:jc w:val="center"/>
        <w:rPr>
          <w:rFonts w:ascii="Segoe UI" w:hAnsi="Segoe UI" w:cs="Segoe UI"/>
          <w:b/>
          <w:bCs/>
          <w:color w:val="C00000"/>
          <w:sz w:val="24"/>
        </w:rPr>
      </w:pPr>
      <w:r w:rsidRPr="000C2D03">
        <w:rPr>
          <w:rFonts w:ascii="Segoe UI" w:hAnsi="Segoe UI" w:cs="Segoe UI"/>
          <w:b/>
          <w:bCs/>
          <w:color w:val="C00000"/>
          <w:sz w:val="24"/>
        </w:rPr>
        <w:t xml:space="preserve">MECANISMOS DE APOYO </w:t>
      </w:r>
      <w:r>
        <w:rPr>
          <w:rFonts w:ascii="Segoe UI" w:hAnsi="Segoe UI" w:cs="Segoe UI"/>
          <w:b/>
          <w:bCs/>
          <w:color w:val="C00000"/>
          <w:sz w:val="24"/>
        </w:rPr>
        <w:t>–</w:t>
      </w:r>
      <w:r w:rsidRPr="000C2D03">
        <w:rPr>
          <w:rFonts w:ascii="Segoe UI" w:hAnsi="Segoe UI" w:cs="Segoe UI"/>
          <w:b/>
          <w:bCs/>
          <w:color w:val="C00000"/>
          <w:sz w:val="24"/>
        </w:rPr>
        <w:t xml:space="preserve"> </w:t>
      </w:r>
      <w:r>
        <w:rPr>
          <w:rFonts w:ascii="Segoe UI" w:hAnsi="Segoe UI" w:cs="Segoe UI"/>
          <w:b/>
          <w:bCs/>
          <w:color w:val="C00000"/>
          <w:sz w:val="24"/>
        </w:rPr>
        <w:t>CUIDADOS</w:t>
      </w:r>
    </w:p>
    <w:p w14:paraId="471C5F34" w14:textId="20ABC97C" w:rsidR="7C6478C6" w:rsidRDefault="225F4F9A" w:rsidP="2AEAB4E4">
      <w:pPr>
        <w:jc w:val="center"/>
      </w:pPr>
      <w:r w:rsidRPr="3688B658">
        <w:rPr>
          <w:rFonts w:ascii="Segoe UI" w:hAnsi="Segoe UI" w:cs="Segoe UI"/>
          <w:i/>
          <w:iCs/>
          <w:sz w:val="20"/>
          <w:szCs w:val="20"/>
        </w:rPr>
        <w:t>Estudiantes Cuidadores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2B42DC3E" w14:textId="77777777" w:rsidTr="352CB182">
        <w:trPr>
          <w:jc w:val="center"/>
        </w:trPr>
        <w:tc>
          <w:tcPr>
            <w:tcW w:w="10368" w:type="dxa"/>
            <w:shd w:val="clear" w:color="auto" w:fill="EAF4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17E745D" w14:textId="77777777" w:rsidR="005F6261" w:rsidRPr="00A43CC7" w:rsidRDefault="352CB182" w:rsidP="352CB182">
            <w:pPr>
              <w:keepLines/>
              <w:spacing w:after="0"/>
              <w:jc w:val="both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bCs/>
                <w:color w:val="263238"/>
                <w:sz w:val="17"/>
                <w:szCs w:val="17"/>
              </w:rPr>
              <w:t xml:space="preserve">Objetivo: </w:t>
            </w:r>
            <w:r w:rsidRPr="00A43CC7">
              <w:rPr>
                <w:rFonts w:ascii="Segoe UI" w:hAnsi="Segoe UI" w:cs="Segoe UI"/>
                <w:sz w:val="17"/>
                <w:szCs w:val="17"/>
              </w:rPr>
              <w:t>Solicitar medidas de apoyo para compatibilizar responsabilidades de embarazo o cuidado con la trayectoria académica. La presentación de este formulario no implica aprobación automática. La solicitud será evaluada según el perfil acreditado, la documentación presentada y las medidas seleccionadas.</w:t>
            </w:r>
          </w:p>
        </w:tc>
      </w:tr>
    </w:tbl>
    <w:p w14:paraId="34E7D01A" w14:textId="77777777" w:rsidR="0018736C" w:rsidRPr="00C24889" w:rsidRDefault="0018736C" w:rsidP="0018736C">
      <w:pPr>
        <w:spacing w:after="0"/>
        <w:rPr>
          <w:rFonts w:ascii="Segoe UI" w:hAnsi="Segoe UI" w:cs="Segoe U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18736C" w:rsidRPr="00C24889" w14:paraId="4A787C6F" w14:textId="77777777" w:rsidTr="00740C9D">
        <w:trPr>
          <w:jc w:val="center"/>
        </w:trPr>
        <w:tc>
          <w:tcPr>
            <w:tcW w:w="10368" w:type="dxa"/>
            <w:shd w:val="clear" w:color="auto" w:fill="FFF4D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274B17" w14:textId="77777777" w:rsidR="0018736C" w:rsidRPr="00C24889" w:rsidRDefault="0018736C" w:rsidP="00740C9D">
            <w:pPr>
              <w:keepLines/>
              <w:spacing w:after="0"/>
              <w:jc w:val="both"/>
              <w:rPr>
                <w:rFonts w:ascii="Segoe UI" w:hAnsi="Segoe UI" w:cs="Segoe UI"/>
              </w:rPr>
            </w:pPr>
            <w:r w:rsidRPr="00C24889">
              <w:rPr>
                <w:rFonts w:ascii="Segoe UI" w:hAnsi="Segoe UI" w:cs="Segoe UI"/>
                <w:b/>
                <w:color w:val="263238"/>
                <w:sz w:val="17"/>
              </w:rPr>
              <w:t xml:space="preserve">Cómo enviar este formulario: </w:t>
            </w:r>
            <w:r w:rsidRPr="00C24889">
              <w:rPr>
                <w:rFonts w:ascii="Segoe UI" w:hAnsi="Segoe UI" w:cs="Segoe UI"/>
                <w:sz w:val="17"/>
              </w:rPr>
              <w:t xml:space="preserve">Mientras el Portal de Inclusión </w:t>
            </w:r>
            <w:r>
              <w:rPr>
                <w:rFonts w:ascii="Segoe UI" w:hAnsi="Segoe UI" w:cs="Segoe UI"/>
                <w:sz w:val="17"/>
              </w:rPr>
              <w:t>y Cuidados se encuentra en proceso de actualización</w:t>
            </w:r>
            <w:r w:rsidRPr="00C24889">
              <w:rPr>
                <w:rFonts w:ascii="Segoe UI" w:hAnsi="Segoe UI" w:cs="Segoe UI"/>
                <w:sz w:val="17"/>
              </w:rPr>
              <w:t xml:space="preserve">, envíe este formulario completo y firmado, junto con la documentación de respaldo, al correo </w:t>
            </w:r>
            <w:hyperlink r:id="rId8" w:history="1">
              <w:r w:rsidRPr="00FE5379">
                <w:rPr>
                  <w:rStyle w:val="Hyperlink"/>
                  <w:rFonts w:ascii="Segoe UI" w:hAnsi="Segoe UI" w:cs="Segoe UI"/>
                  <w:sz w:val="17"/>
                </w:rPr>
                <w:t>generoydiversidades@aiep.cl</w:t>
              </w:r>
            </w:hyperlink>
            <w:r w:rsidRPr="00C24889">
              <w:rPr>
                <w:rFonts w:ascii="Segoe UI" w:hAnsi="Segoe UI" w:cs="Segoe UI"/>
                <w:sz w:val="17"/>
              </w:rPr>
              <w:t xml:space="preserve"> indicando en el asunto: Nombre Sede – Nombre Estudiante – RUT Estudiante. Si no dispone de la documentación requerida, contacte a la Dirección o Jefatura de Apoyo al Estudiante de su sede</w:t>
            </w:r>
            <w:r>
              <w:rPr>
                <w:rFonts w:ascii="Segoe UI" w:hAnsi="Segoe UI" w:cs="Segoe UI"/>
                <w:sz w:val="17"/>
              </w:rPr>
              <w:t xml:space="preserve"> para mayor orientación.</w:t>
            </w:r>
          </w:p>
        </w:tc>
      </w:tr>
    </w:tbl>
    <w:p w14:paraId="35037416" w14:textId="77777777" w:rsidR="0018736C" w:rsidRPr="00A43CC7" w:rsidRDefault="0018736C">
      <w:pPr>
        <w:spacing w:after="0"/>
        <w:rPr>
          <w:rFonts w:ascii="Segoe UI" w:hAnsi="Segoe UI" w:cs="Segoe U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2FC0190A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E6CFD7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1. INFORMACIÓN DE LA SOLICITUD</w:t>
            </w:r>
          </w:p>
        </w:tc>
      </w:tr>
    </w:tbl>
    <w:p w14:paraId="778D555E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00"/>
        <w:gridCol w:w="6624"/>
      </w:tblGrid>
      <w:tr w:rsidR="005F6261" w:rsidRPr="00A43CC7" w14:paraId="131FD7E9" w14:textId="77777777" w:rsidTr="352CB182">
        <w:trPr>
          <w:tblHeader/>
          <w:jc w:val="center"/>
        </w:trPr>
        <w:tc>
          <w:tcPr>
            <w:tcW w:w="3600" w:type="dxa"/>
            <w:shd w:val="clear" w:color="auto" w:fill="005A9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0F4F5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17"/>
              </w:rPr>
              <w:t>Campo</w:t>
            </w:r>
          </w:p>
        </w:tc>
        <w:tc>
          <w:tcPr>
            <w:tcW w:w="6624" w:type="dxa"/>
            <w:shd w:val="clear" w:color="auto" w:fill="005A9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920D95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17"/>
              </w:rPr>
              <w:t>Completar</w:t>
            </w:r>
          </w:p>
        </w:tc>
      </w:tr>
      <w:tr w:rsidR="005F6261" w:rsidRPr="00A43CC7" w14:paraId="09BB85B1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AAC3C3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Fecha de recepción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4D991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____ / ____ / 20____    Hora: ______</w:t>
            </w:r>
          </w:p>
        </w:tc>
      </w:tr>
      <w:tr w:rsidR="005F6261" w:rsidRPr="00A43CC7" w14:paraId="5F6DA175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48E12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Sede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CB4047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7BE8B385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D7F227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Carrera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71842D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7E50D2DB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BFB37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Jornada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21373B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Diurna 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Vespertina 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Online</w:t>
            </w:r>
          </w:p>
        </w:tc>
      </w:tr>
      <w:tr w:rsidR="005F6261" w:rsidRPr="00A43CC7" w14:paraId="191E551F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628A5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Tipo de solicitud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424358" w14:textId="149E9782" w:rsidR="005F6261" w:rsidRPr="00A43CC7" w:rsidRDefault="352CB182" w:rsidP="352CB182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  <w:szCs w:val="17"/>
                <w:lang w:val="es-ES"/>
              </w:rPr>
              <w:t>☐</w:t>
            </w:r>
            <w:r w:rsidRPr="00A43CC7">
              <w:rPr>
                <w:rFonts w:ascii="Segoe UI" w:hAnsi="Segoe UI" w:cs="Segoe UI"/>
                <w:sz w:val="17"/>
                <w:szCs w:val="17"/>
                <w:lang w:val="es-ES"/>
              </w:rPr>
              <w:t xml:space="preserve"> Primera solicitud (</w:t>
            </w:r>
            <w:r w:rsidRPr="00A43CC7">
              <w:rPr>
                <w:rFonts w:ascii="Segoe UI" w:eastAsia="Aptos" w:hAnsi="Segoe UI" w:cs="Segoe UI"/>
                <w:sz w:val="17"/>
                <w:szCs w:val="17"/>
                <w:lang w:val="es-ES"/>
              </w:rPr>
              <w:t xml:space="preserve">solicitud principal) </w:t>
            </w:r>
            <w:r w:rsidRPr="00A43CC7">
              <w:rPr>
                <w:rFonts w:ascii="Segoe UI Symbol" w:eastAsia="Aptos" w:hAnsi="Segoe UI Symbol" w:cs="Segoe UI Symbol"/>
                <w:sz w:val="17"/>
                <w:szCs w:val="17"/>
                <w:lang w:val="es-ES"/>
              </w:rPr>
              <w:t>☐</w:t>
            </w:r>
            <w:r w:rsidRPr="00A43CC7">
              <w:rPr>
                <w:rFonts w:ascii="Segoe UI" w:hAnsi="Segoe UI" w:cs="Segoe UI"/>
                <w:sz w:val="17"/>
                <w:szCs w:val="17"/>
                <w:lang w:val="es-ES"/>
              </w:rPr>
              <w:t xml:space="preserve"> Complementaria </w:t>
            </w:r>
            <w:r w:rsidRPr="00A43CC7">
              <w:rPr>
                <w:rFonts w:ascii="Segoe UI" w:eastAsia="Aptos" w:hAnsi="Segoe UI" w:cs="Segoe UI"/>
                <w:sz w:val="17"/>
                <w:szCs w:val="17"/>
                <w:lang w:val="es-ES"/>
              </w:rPr>
              <w:t>(segunda y subsiguientes)</w:t>
            </w:r>
          </w:p>
        </w:tc>
      </w:tr>
      <w:tr w:rsidR="005F6261" w:rsidRPr="00A43CC7" w14:paraId="0B82F804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B44B0C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 xml:space="preserve">N.° de resolución anterior, </w:t>
            </w:r>
            <w:r w:rsidRPr="00A43CC7">
              <w:rPr>
                <w:rFonts w:ascii="Segoe UI" w:hAnsi="Segoe UI" w:cs="Segoe UI"/>
                <w:b/>
                <w:bCs/>
                <w:sz w:val="17"/>
              </w:rPr>
              <w:t>si corresponde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FDB76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YCE-__________   Código Portal: A__________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2AF4D33D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716322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2. DATOS DE LA PERSONA ESTUDIANTE</w:t>
            </w:r>
          </w:p>
        </w:tc>
      </w:tr>
    </w:tbl>
    <w:p w14:paraId="0D58945E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00"/>
        <w:gridCol w:w="6624"/>
      </w:tblGrid>
      <w:tr w:rsidR="005F6261" w:rsidRPr="00A43CC7" w14:paraId="7CA2E795" w14:textId="77777777">
        <w:trPr>
          <w:tblHeader/>
          <w:jc w:val="center"/>
        </w:trPr>
        <w:tc>
          <w:tcPr>
            <w:tcW w:w="3600" w:type="dxa"/>
            <w:shd w:val="clear" w:color="auto" w:fill="005A9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409F63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17"/>
              </w:rPr>
              <w:t>Campo</w:t>
            </w:r>
          </w:p>
        </w:tc>
        <w:tc>
          <w:tcPr>
            <w:tcW w:w="6624" w:type="dxa"/>
            <w:shd w:val="clear" w:color="auto" w:fill="005A9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F4626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17"/>
              </w:rPr>
              <w:t>Completar</w:t>
            </w:r>
          </w:p>
        </w:tc>
      </w:tr>
      <w:tr w:rsidR="005F6261" w:rsidRPr="00A43CC7" w14:paraId="7C8F62D3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9B3FC9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Nombre completo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EAB0DA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19674B61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F2B5F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RUT o identificación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BF9295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108837F7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37546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Correo institucional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76B847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3E376778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D7ACBC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Correo personal, si corresponde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A965D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3FC7C80D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893FD5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Teléfono de contacto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62B508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3B96A8FF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5273E3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Semestre o nivel que cursa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4AB25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</w:tbl>
    <w:p w14:paraId="3D25FE41" w14:textId="77777777" w:rsidR="005F6261" w:rsidRDefault="005F6261">
      <w:pPr>
        <w:spacing w:after="0"/>
        <w:rPr>
          <w:rFonts w:ascii="Segoe UI" w:hAnsi="Segoe UI" w:cs="Segoe UI"/>
        </w:rPr>
      </w:pPr>
    </w:p>
    <w:p w14:paraId="762F1772" w14:textId="77777777" w:rsidR="0018736C" w:rsidRDefault="0018736C">
      <w:pPr>
        <w:spacing w:after="0"/>
        <w:rPr>
          <w:rFonts w:ascii="Segoe UI" w:hAnsi="Segoe UI" w:cs="Segoe UI"/>
        </w:rPr>
      </w:pPr>
    </w:p>
    <w:p w14:paraId="230D5BC4" w14:textId="77777777" w:rsidR="0018736C" w:rsidRPr="00A43CC7" w:rsidRDefault="0018736C">
      <w:pPr>
        <w:spacing w:after="0"/>
        <w:rPr>
          <w:rFonts w:ascii="Segoe UI" w:hAnsi="Segoe UI" w:cs="Segoe UI"/>
        </w:rPr>
      </w:pPr>
    </w:p>
    <w:tbl>
      <w:tblPr>
        <w:tblpPr w:leftFromText="141" w:rightFromText="141" w:vertAnchor="text" w:horzAnchor="margin" w:tblpY="214"/>
        <w:tblW w:w="0" w:type="auto"/>
        <w:tblLook w:val="04A0" w:firstRow="1" w:lastRow="0" w:firstColumn="1" w:lastColumn="0" w:noHBand="0" w:noVBand="1"/>
      </w:tblPr>
      <w:tblGrid>
        <w:gridCol w:w="10368"/>
      </w:tblGrid>
      <w:tr w:rsidR="0018736C" w:rsidRPr="00A43CC7" w14:paraId="21071045" w14:textId="77777777" w:rsidTr="0018736C"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8DE140" w14:textId="77777777" w:rsidR="0018736C" w:rsidRPr="00A43CC7" w:rsidRDefault="0018736C" w:rsidP="0018736C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3. PERFIL NORMATIVO SOLICITADO</w:t>
            </w:r>
          </w:p>
        </w:tc>
      </w:tr>
    </w:tbl>
    <w:p w14:paraId="7597D090" w14:textId="77777777" w:rsidR="005F6261" w:rsidRPr="00A43CC7" w:rsidRDefault="00740C9D">
      <w:pPr>
        <w:rPr>
          <w:rFonts w:ascii="Segoe UI" w:hAnsi="Segoe UI" w:cs="Segoe UI"/>
        </w:rPr>
      </w:pPr>
      <w:r w:rsidRPr="00A43CC7">
        <w:rPr>
          <w:rFonts w:ascii="Segoe UI" w:hAnsi="Segoe UI" w:cs="Segoe UI"/>
          <w:b/>
        </w:rPr>
        <w:t>Marque una opción principal:</w:t>
      </w:r>
    </w:p>
    <w:p w14:paraId="5C29130E" w14:textId="77777777" w:rsidR="005F6261" w:rsidRPr="00A43CC7" w:rsidRDefault="00740C9D">
      <w:pPr>
        <w:spacing w:after="4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Embarazo.</w:t>
      </w:r>
    </w:p>
    <w:p w14:paraId="2ECCEBE9" w14:textId="77777777" w:rsidR="005F6261" w:rsidRPr="00A43CC7" w:rsidRDefault="00740C9D">
      <w:pPr>
        <w:spacing w:after="4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Maternidad: hijo o hija hasta los 7 años.</w:t>
      </w:r>
    </w:p>
    <w:p w14:paraId="06830BBC" w14:textId="77777777" w:rsidR="005F6261" w:rsidRPr="00A43CC7" w:rsidRDefault="00740C9D">
      <w:pPr>
        <w:spacing w:after="4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Paternidad: hijo o hija hasta los 7 años.</w:t>
      </w:r>
    </w:p>
    <w:p w14:paraId="6C65E6B6" w14:textId="77777777" w:rsidR="005F6261" w:rsidRPr="00A43CC7" w:rsidRDefault="00740C9D">
      <w:pPr>
        <w:spacing w:after="4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Cuidado personal de niño o niña hasta los 7 años, legalmente acreditado.</w:t>
      </w:r>
    </w:p>
    <w:p w14:paraId="1C50D5E5" w14:textId="77777777" w:rsidR="005F6261" w:rsidRPr="00A43CC7" w:rsidRDefault="00740C9D">
      <w:pPr>
        <w:spacing w:after="4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Cuidador o cuidadora principal de una persona con discapacidad o dependencia.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4D007AF6" w14:textId="77777777" w:rsidTr="352CB182">
        <w:trPr>
          <w:jc w:val="center"/>
        </w:trPr>
        <w:tc>
          <w:tcPr>
            <w:tcW w:w="10368" w:type="dxa"/>
            <w:shd w:val="clear" w:color="auto" w:fill="EAF4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2A7CBE" w14:textId="77777777" w:rsidR="005F6261" w:rsidRPr="00A43CC7" w:rsidRDefault="352CB182" w:rsidP="352CB182">
            <w:pPr>
              <w:keepLines/>
              <w:spacing w:after="0"/>
              <w:jc w:val="both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bCs/>
                <w:color w:val="263238"/>
                <w:sz w:val="17"/>
                <w:szCs w:val="17"/>
              </w:rPr>
              <w:t xml:space="preserve">Aclaración: </w:t>
            </w:r>
            <w:r w:rsidRPr="00A43CC7">
              <w:rPr>
                <w:rFonts w:ascii="Segoe UI" w:hAnsi="Segoe UI" w:cs="Segoe UI"/>
                <w:sz w:val="17"/>
                <w:szCs w:val="17"/>
              </w:rPr>
              <w:t>El límite de 7 años aplica a maternidad, paternidad y cuidado personal. No aplica al perfil de cuidador/a principal de una persona con discapacidad o dependencia. Si el perfil seleccionado no coincide con los documentos, AIEP podrá solicitar aclaraciones o evaluar el caso conforme al perfil efectivamente acreditado.</w:t>
            </w:r>
          </w:p>
        </w:tc>
      </w:tr>
    </w:tbl>
    <w:p w14:paraId="267A0576" w14:textId="77777777" w:rsidR="005F6261" w:rsidRDefault="005F6261">
      <w:pPr>
        <w:spacing w:after="0"/>
        <w:rPr>
          <w:rFonts w:ascii="Segoe UI" w:hAnsi="Segoe UI" w:cs="Segoe UI"/>
        </w:rPr>
      </w:pPr>
    </w:p>
    <w:p w14:paraId="3B31BDB2" w14:textId="77777777" w:rsidR="00A43CC7" w:rsidRPr="00A43CC7" w:rsidRDefault="00A43CC7">
      <w:pPr>
        <w:spacing w:after="0"/>
        <w:rPr>
          <w:rFonts w:ascii="Segoe UI" w:hAnsi="Segoe UI" w:cs="Segoe U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023C39F5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304E65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4. DATOS DE LA PERSONA BAJO CUIDADO</w:t>
            </w:r>
          </w:p>
        </w:tc>
      </w:tr>
    </w:tbl>
    <w:p w14:paraId="5B88277F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00"/>
        <w:gridCol w:w="6624"/>
      </w:tblGrid>
      <w:tr w:rsidR="005F6261" w:rsidRPr="00A43CC7" w14:paraId="1326EF00" w14:textId="77777777" w:rsidTr="352CB182">
        <w:trPr>
          <w:tblHeader/>
          <w:jc w:val="center"/>
        </w:trPr>
        <w:tc>
          <w:tcPr>
            <w:tcW w:w="3600" w:type="dxa"/>
            <w:shd w:val="clear" w:color="auto" w:fill="005A9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01586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17"/>
              </w:rPr>
              <w:t>Campo</w:t>
            </w:r>
          </w:p>
        </w:tc>
        <w:tc>
          <w:tcPr>
            <w:tcW w:w="6624" w:type="dxa"/>
            <w:shd w:val="clear" w:color="auto" w:fill="005A9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266CC1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17"/>
              </w:rPr>
              <w:t>Completar</w:t>
            </w:r>
          </w:p>
        </w:tc>
      </w:tr>
      <w:tr w:rsidR="005F6261" w:rsidRPr="00A43CC7" w14:paraId="7927A210" w14:textId="77777777" w:rsidTr="352CB182">
        <w:trPr>
          <w:trHeight w:val="420"/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B8008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Nombre completo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5B931D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0C8051BE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13A8D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RUN o identificación, si corresponde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FD4B6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05337671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CC9C33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Fecha de nacimiento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911085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____ / ____ / ______</w:t>
            </w:r>
          </w:p>
        </w:tc>
      </w:tr>
      <w:tr w:rsidR="005F6261" w:rsidRPr="00A43CC7" w14:paraId="3BE17923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38267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Vínculo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E697B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Hijo/a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Madre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Padre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Cónyuge/conviviente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Hermano/a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Otro familiar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Cuidado personal/legal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Otro: __________</w:t>
            </w:r>
          </w:p>
        </w:tc>
      </w:tr>
      <w:tr w:rsidR="005F6261" w:rsidRPr="00A43CC7" w14:paraId="0858726E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10B74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Condición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155E1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Niño/a hasta 7 años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Discapacidad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Dependencia</w:t>
            </w:r>
          </w:p>
        </w:tc>
      </w:tr>
      <w:tr w:rsidR="005F6261" w:rsidRPr="00A43CC7" w14:paraId="72CE7815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2AA9B2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¿Integra el mismo hogar según RSH?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CF34C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Sí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No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No sabe</w:t>
            </w:r>
          </w:p>
        </w:tc>
      </w:tr>
      <w:tr w:rsidR="005F6261" w:rsidRPr="00A43CC7" w14:paraId="5A4BD856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E1B6C9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¿La persona estudiante figura como cuidadora?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2E3248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Sí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No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En trámite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No aplica</w:t>
            </w:r>
          </w:p>
        </w:tc>
      </w:tr>
      <w:tr w:rsidR="005F6261" w:rsidRPr="00A43CC7" w14:paraId="452E1F74" w14:textId="77777777" w:rsidTr="352CB182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B72F8A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Documento que acredita vínculo o cuidado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A781DF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70E3D689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797E02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5. IMPACTO EN LA EXPERIENCIA ACADÉMICA</w:t>
            </w:r>
          </w:p>
        </w:tc>
      </w:tr>
    </w:tbl>
    <w:p w14:paraId="6FAA2E5E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p w14:paraId="6EC1BBDD" w14:textId="77777777" w:rsidR="005F6261" w:rsidRPr="00A43CC7" w:rsidRDefault="352CB182" w:rsidP="352CB182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Explique brevemente cómo su situación de embarazo o cuidado afecta actualmente su asistencia, evaluaciones, actividades académicas o continuidad de estudios. Señale situaciones concretas y evite incluir información clínica que no sea necesaria.</w:t>
      </w:r>
    </w:p>
    <w:p w14:paraId="195106E5" w14:textId="77777777" w:rsidR="005F6261" w:rsidRPr="00A43CC7" w:rsidRDefault="00740C9D">
      <w:pPr>
        <w:pStyle w:val="SmallNote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________________________________________________________________________________________________</w:t>
      </w:r>
    </w:p>
    <w:p w14:paraId="54825189" w14:textId="77777777" w:rsidR="005F6261" w:rsidRPr="00A43CC7" w:rsidRDefault="00740C9D">
      <w:pPr>
        <w:pStyle w:val="SmallNote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________________________________________________________________________________________________</w:t>
      </w:r>
    </w:p>
    <w:p w14:paraId="267EE683" w14:textId="77777777" w:rsidR="005F6261" w:rsidRPr="00A43CC7" w:rsidRDefault="00740C9D">
      <w:pPr>
        <w:pStyle w:val="SmallNote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________________________________________________________________________________________________</w:t>
      </w:r>
    </w:p>
    <w:p w14:paraId="6D5DFF16" w14:textId="77777777" w:rsidR="005F6261" w:rsidRPr="00A43CC7" w:rsidRDefault="00740C9D">
      <w:pPr>
        <w:pStyle w:val="SmallNote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________________________________________________________________________________________________</w:t>
      </w:r>
    </w:p>
    <w:p w14:paraId="4A0FE47B" w14:textId="77777777" w:rsidR="005F6261" w:rsidRPr="00A43CC7" w:rsidRDefault="00740C9D">
      <w:pPr>
        <w:pStyle w:val="SmallNote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________________________________________________________________________________________________</w:t>
      </w:r>
    </w:p>
    <w:p w14:paraId="5EBD1554" w14:textId="77777777" w:rsidR="005F6261" w:rsidRPr="00A43CC7" w:rsidRDefault="00740C9D">
      <w:pPr>
        <w:pStyle w:val="SmallNote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________________________________________________________________________________________________</w:t>
      </w:r>
    </w:p>
    <w:p w14:paraId="16E81EC5" w14:textId="77777777" w:rsidR="005F6261" w:rsidRPr="00A43CC7" w:rsidRDefault="00740C9D">
      <w:pPr>
        <w:pStyle w:val="SmallNote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________________________________________________________________________________________________</w:t>
      </w:r>
    </w:p>
    <w:p w14:paraId="76A1BEAB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05508274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1CAE1E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6. MEDIDAS SOLICITADAS — INSTRUCCIONES</w:t>
            </w:r>
          </w:p>
        </w:tc>
      </w:tr>
    </w:tbl>
    <w:p w14:paraId="7CA94F8A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p w14:paraId="2B65C3F1" w14:textId="515D6EEF" w:rsidR="005F6261" w:rsidRPr="00A43CC7" w:rsidRDefault="352CB182" w:rsidP="352CB182">
      <w:pPr>
        <w:pStyle w:val="SmallNote"/>
        <w:numPr>
          <w:ilvl w:val="0"/>
          <w:numId w:val="1"/>
        </w:numPr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 xml:space="preserve">Marque solo las medidas que necesita. </w:t>
      </w:r>
    </w:p>
    <w:p w14:paraId="5B06232F" w14:textId="4DFBED36" w:rsidR="005F6261" w:rsidRPr="00A43CC7" w:rsidRDefault="352CB182" w:rsidP="352CB182">
      <w:pPr>
        <w:pStyle w:val="SmallNote"/>
        <w:numPr>
          <w:ilvl w:val="0"/>
          <w:numId w:val="1"/>
        </w:numPr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 xml:space="preserve">La selección no garantiza su aprobación. </w:t>
      </w:r>
    </w:p>
    <w:p w14:paraId="682C7676" w14:textId="5E346928" w:rsidR="00A43CC7" w:rsidRPr="0018736C" w:rsidRDefault="352CB182" w:rsidP="0018736C">
      <w:pPr>
        <w:pStyle w:val="SmallNote"/>
        <w:numPr>
          <w:ilvl w:val="0"/>
          <w:numId w:val="1"/>
        </w:numPr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Algunas medidas requieren antecedentes adicionales, coordinación académica o pronunciamiento financiero.</w:t>
      </w:r>
    </w:p>
    <w:p w14:paraId="2A66C686" w14:textId="77777777" w:rsidR="00A43CC7" w:rsidRPr="00A43CC7" w:rsidRDefault="00A43CC7" w:rsidP="352CB182">
      <w:pPr>
        <w:pStyle w:val="SmallNote"/>
        <w:ind w:left="720"/>
        <w:rPr>
          <w:rFonts w:ascii="Segoe UI" w:hAnsi="Segoe UI" w:cs="Segoe U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0F9FC95B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274C1D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6.1. CONTINUIDAD O SUSPENSIÓN DE ESTUDIOS</w:t>
            </w:r>
          </w:p>
        </w:tc>
      </w:tr>
    </w:tbl>
    <w:p w14:paraId="7FFC7335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p w14:paraId="12DCBF94" w14:textId="77777777" w:rsidR="005F6261" w:rsidRPr="00A43CC7" w:rsidRDefault="00740C9D">
      <w:pPr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color w:val="005A9C"/>
        </w:rPr>
        <w:t>☐</w:t>
      </w:r>
      <w:r w:rsidRPr="00A43CC7">
        <w:rPr>
          <w:rFonts w:ascii="Segoe UI" w:hAnsi="Segoe UI" w:cs="Segoe UI"/>
          <w:b/>
          <w:color w:val="005A9C"/>
        </w:rPr>
        <w:t xml:space="preserve"> Postergación o suspensión temporal de estudios</w:t>
      </w:r>
    </w:p>
    <w:p w14:paraId="39AE460A" w14:textId="77777777" w:rsidR="005F6261" w:rsidRPr="00A43CC7" w:rsidRDefault="00740C9D" w:rsidP="00A43CC7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Permite dejar de cursar los estudios por hasta dos semestres académicos, continuos o discontinuos, con posibilidad de una única prórroga por hasta dos semestres adicionales, si se mantiene y acredita la condición. Implica dejar de cursar las asignaturas durante el período autorizado y requiere revisión académica y pronunciamiento financiero individual.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3EE5D4EE" w14:textId="77777777">
        <w:trPr>
          <w:jc w:val="center"/>
        </w:trPr>
        <w:tc>
          <w:tcPr>
            <w:tcW w:w="10368" w:type="dxa"/>
            <w:shd w:val="clear" w:color="auto" w:fill="FFF4D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DC1CD17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263238"/>
                <w:sz w:val="17"/>
              </w:rPr>
              <w:t xml:space="preserve">Si marca esta medida: </w:t>
            </w:r>
            <w:r w:rsidRPr="00A43CC7">
              <w:rPr>
                <w:rFonts w:ascii="Segoe UI" w:hAnsi="Segoe UI" w:cs="Segoe UI"/>
                <w:sz w:val="17"/>
              </w:rPr>
              <w:t>Complete obligatoriamente la sección 7 sobre suspensión y beneficios estudiantiles.</w:t>
            </w:r>
          </w:p>
        </w:tc>
      </w:tr>
    </w:tbl>
    <w:p w14:paraId="0BE9EFBD" w14:textId="343DA4B7" w:rsidR="352CB182" w:rsidRPr="00A43CC7" w:rsidRDefault="352CB182" w:rsidP="352CB182">
      <w:pPr>
        <w:spacing w:after="0"/>
        <w:rPr>
          <w:rFonts w:ascii="Segoe UI" w:hAnsi="Segoe UI" w:cs="Segoe U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15CF5A0D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E6080A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6.2. DERECHOS ASOCIADOS A SITUACIONES MÉDICAS O DE CUIDADO</w:t>
            </w:r>
          </w:p>
        </w:tc>
      </w:tr>
    </w:tbl>
    <w:p w14:paraId="4EBE6649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p w14:paraId="7966D5E2" w14:textId="77777777" w:rsidR="005F6261" w:rsidRPr="00A43CC7" w:rsidRDefault="352CB182" w:rsidP="352CB182">
      <w:pPr>
        <w:jc w:val="both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bCs/>
          <w:color w:val="005A9C"/>
        </w:rPr>
        <w:t>☐</w:t>
      </w:r>
      <w:r w:rsidRPr="00A43CC7">
        <w:rPr>
          <w:rFonts w:ascii="Segoe UI" w:hAnsi="Segoe UI" w:cs="Segoe UI"/>
          <w:b/>
          <w:bCs/>
          <w:color w:val="005A9C"/>
        </w:rPr>
        <w:t xml:space="preserve"> Permiso especial para postergar actividades académicas o evaluaciones — Embarazo</w:t>
      </w:r>
    </w:p>
    <w:p w14:paraId="6B8B7B45" w14:textId="22B0260A" w:rsidR="005F6261" w:rsidRPr="00A43CC7" w:rsidRDefault="352CB182" w:rsidP="352CB182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Permite postergar una actividad o evaluación específica que pueda afectar la salud de la estudiante o de la persona en gestación. Requiere certificado médico. La actividad o evaluación deberá recuperarse en la fecha definida por la unidad académica y, a más tardar, antes del inicio del semestre siguiente.</w:t>
      </w:r>
    </w:p>
    <w:p w14:paraId="16E0B2CB" w14:textId="70B0A400" w:rsidR="005F6261" w:rsidRPr="00A43CC7" w:rsidRDefault="352CB182" w:rsidP="352CB182">
      <w:pPr>
        <w:jc w:val="both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bCs/>
          <w:color w:val="005A9C"/>
          <w:lang w:val="es-ES"/>
        </w:rPr>
        <w:t>☐</w:t>
      </w:r>
      <w:r w:rsidRPr="00A43CC7">
        <w:rPr>
          <w:rFonts w:ascii="Segoe UI" w:hAnsi="Segoe UI" w:cs="Segoe UI"/>
          <w:b/>
          <w:bCs/>
          <w:color w:val="005A9C"/>
          <w:lang w:val="es-ES"/>
        </w:rPr>
        <w:t xml:space="preserve"> Justificación de inasistencias por controles médicos del embar</w:t>
      </w:r>
      <w:r w:rsidR="00A43CC7">
        <w:rPr>
          <w:rFonts w:ascii="Segoe UI" w:hAnsi="Segoe UI" w:cs="Segoe UI"/>
          <w:b/>
          <w:bCs/>
          <w:color w:val="005A9C"/>
          <w:lang w:val="es-ES"/>
        </w:rPr>
        <w:t>azo</w:t>
      </w:r>
    </w:p>
    <w:p w14:paraId="4537DEA7" w14:textId="77777777" w:rsidR="005F6261" w:rsidRPr="00A43CC7" w:rsidRDefault="352CB182" w:rsidP="352CB182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Permite justificar inasistencias por consultas, controles, exámenes o atenciones médicas relacionadas con el embarazo, presentando certificado, comprobante de atención u otro antecedente.</w:t>
      </w:r>
    </w:p>
    <w:p w14:paraId="0B657C65" w14:textId="77777777" w:rsidR="005F6261" w:rsidRPr="00A43CC7" w:rsidRDefault="352CB182" w:rsidP="352CB182">
      <w:pPr>
        <w:jc w:val="both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bCs/>
          <w:color w:val="005A9C"/>
        </w:rPr>
        <w:t>☐</w:t>
      </w:r>
      <w:r w:rsidRPr="00A43CC7">
        <w:rPr>
          <w:rFonts w:ascii="Segoe UI" w:hAnsi="Segoe UI" w:cs="Segoe UI"/>
          <w:b/>
          <w:bCs/>
          <w:color w:val="005A9C"/>
        </w:rPr>
        <w:t xml:space="preserve"> Justificación de inasistencias por controles médicos del hijo o hija</w:t>
      </w:r>
    </w:p>
    <w:p w14:paraId="4F61EC5B" w14:textId="77777777" w:rsidR="005F6261" w:rsidRPr="00A43CC7" w:rsidRDefault="352CB182" w:rsidP="352CB182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Permite justificar inasistencias por controles médicos del hijo o hija, presentando certificado, comprobante de atención u otro antecedente.</w:t>
      </w:r>
    </w:p>
    <w:p w14:paraId="7AB54BB4" w14:textId="77777777" w:rsidR="005F6261" w:rsidRPr="00A43CC7" w:rsidRDefault="352CB182" w:rsidP="352CB182">
      <w:pPr>
        <w:jc w:val="both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bCs/>
          <w:color w:val="005A9C"/>
        </w:rPr>
        <w:t>☐</w:t>
      </w:r>
      <w:r w:rsidRPr="00A43CC7">
        <w:rPr>
          <w:rFonts w:ascii="Segoe UI" w:hAnsi="Segoe UI" w:cs="Segoe UI"/>
          <w:b/>
          <w:bCs/>
          <w:color w:val="005A9C"/>
        </w:rPr>
        <w:t xml:space="preserve"> Justificación de inasistencias por enfermedad de la persona bajo cuidado</w:t>
      </w:r>
    </w:p>
    <w:p w14:paraId="182620C5" w14:textId="77777777" w:rsidR="005F6261" w:rsidRPr="00A43CC7" w:rsidRDefault="352CB182" w:rsidP="352CB182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Permite justificar inasistencias cuando una enfermedad o situación de salud de la persona bajo cuidado requiera la presencia de la persona estudiante. Debe presentarse el respaldo correspondiente.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39928ADC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C3DA18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6.3. FLEXIBILIZACIÓN ACADÉMICA</w:t>
            </w:r>
          </w:p>
        </w:tc>
      </w:tr>
    </w:tbl>
    <w:p w14:paraId="45E5DFFB" w14:textId="77777777" w:rsidR="005F6261" w:rsidRPr="00A43CC7" w:rsidRDefault="005F6261" w:rsidP="352CB182">
      <w:pPr>
        <w:spacing w:after="0"/>
        <w:jc w:val="both"/>
        <w:rPr>
          <w:rFonts w:ascii="Segoe UI" w:hAnsi="Segoe UI" w:cs="Segoe UI"/>
        </w:rPr>
      </w:pPr>
    </w:p>
    <w:p w14:paraId="1ECE73A8" w14:textId="77777777" w:rsidR="005F6261" w:rsidRPr="00A43CC7" w:rsidRDefault="352CB182" w:rsidP="00A43CC7">
      <w:pPr>
        <w:jc w:val="both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bCs/>
          <w:color w:val="005A9C"/>
        </w:rPr>
        <w:t>☐</w:t>
      </w:r>
      <w:r w:rsidRPr="00A43CC7">
        <w:rPr>
          <w:rFonts w:ascii="Segoe UI" w:hAnsi="Segoe UI" w:cs="Segoe UI"/>
          <w:b/>
          <w:bCs/>
          <w:color w:val="005A9C"/>
        </w:rPr>
        <w:t xml:space="preserve"> Prioridad en la inscripción de asignaturas</w:t>
      </w:r>
    </w:p>
    <w:p w14:paraId="05CF7C17" w14:textId="486854A5" w:rsidR="352CB182" w:rsidRPr="00A43CC7" w:rsidRDefault="352CB182" w:rsidP="00A43CC7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Podrá inscribir asignaturas y actividades curriculares en igualdad de condiciones con sus pares y sin discriminación, mediante los procesos institucionales de carga masiva comunicados para cada período académico.</w:t>
      </w:r>
    </w:p>
    <w:p w14:paraId="0121A0E2" w14:textId="77777777" w:rsidR="005F6261" w:rsidRPr="00A43CC7" w:rsidRDefault="352CB182" w:rsidP="00A43CC7">
      <w:pPr>
        <w:jc w:val="both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bCs/>
          <w:color w:val="005A9C"/>
        </w:rPr>
        <w:t>☐</w:t>
      </w:r>
      <w:r w:rsidRPr="00A43CC7">
        <w:rPr>
          <w:rFonts w:ascii="Segoe UI" w:hAnsi="Segoe UI" w:cs="Segoe UI"/>
          <w:b/>
          <w:bCs/>
          <w:color w:val="005A9C"/>
        </w:rPr>
        <w:t xml:space="preserve"> Interrupción anticipada de asignaturas sin reprobación</w:t>
      </w:r>
    </w:p>
    <w:p w14:paraId="23A69EB9" w14:textId="7EA742D7" w:rsidR="352CB182" w:rsidRPr="00A43CC7" w:rsidRDefault="352CB182" w:rsidP="00A43CC7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Permite solicitar la interrupción anticipada de una o más asignaturas sin efecto de reprobación ni suspensión completa de estudios, siempre que se cumplan las horas mínimas definidas por la Vicerrectoría Académica y se resguarde el Perfil de Egreso.</w:t>
      </w:r>
    </w:p>
    <w:p w14:paraId="4AC70389" w14:textId="685A21C4" w:rsidR="352CB182" w:rsidRPr="00A43CC7" w:rsidRDefault="352CB182" w:rsidP="00A43CC7">
      <w:pPr>
        <w:jc w:val="both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bCs/>
          <w:color w:val="005A9C"/>
        </w:rPr>
        <w:t>☐</w:t>
      </w:r>
      <w:r w:rsidRPr="00A43CC7">
        <w:rPr>
          <w:rFonts w:ascii="Segoe UI" w:hAnsi="Segoe UI" w:cs="Segoe UI"/>
          <w:b/>
          <w:bCs/>
          <w:color w:val="005A9C"/>
        </w:rPr>
        <w:t xml:space="preserve"> Reducción de la exigencia de asistencia</w:t>
      </w:r>
    </w:p>
    <w:p w14:paraId="540C81CE" w14:textId="1277B420" w:rsidR="352CB182" w:rsidRPr="00A43CC7" w:rsidRDefault="352CB182" w:rsidP="00A43CC7">
      <w:pPr>
        <w:spacing w:after="0" w:line="300" w:lineRule="auto"/>
        <w:jc w:val="both"/>
        <w:rPr>
          <w:rFonts w:ascii="Segoe UI" w:hAnsi="Segoe UI" w:cs="Segoe UI"/>
        </w:rPr>
      </w:pPr>
      <w:r w:rsidRPr="00A43CC7">
        <w:rPr>
          <w:rFonts w:ascii="Segoe UI" w:eastAsia="Aptos" w:hAnsi="Segoe UI" w:cs="Segoe UI"/>
          <w:sz w:val="16"/>
          <w:szCs w:val="16"/>
        </w:rPr>
        <w:t>Se mantiene un mínimo de 50% de asistencia en las asignaturas teóricas y se autoriza un mínimo de 60% en las asignaturas con componente práctico. Esta medida no se aplica a prácticas laborales, prácticas de la Escuela de Salud y Deporte con uso de campo clínico ni prácticas de la Escuela de Desarrollo Social y Educación realizadas en recintos externos, en las que deberá cumplirse la totalidad de las horas exigidas.</w:t>
      </w:r>
    </w:p>
    <w:p w14:paraId="42152AE3" w14:textId="77777777" w:rsidR="005F6261" w:rsidRPr="00A43CC7" w:rsidRDefault="352CB182" w:rsidP="00A43CC7">
      <w:pPr>
        <w:jc w:val="both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bCs/>
          <w:color w:val="005A9C"/>
        </w:rPr>
        <w:t>☐</w:t>
      </w:r>
      <w:r w:rsidRPr="00A43CC7">
        <w:rPr>
          <w:rFonts w:ascii="Segoe UI" w:hAnsi="Segoe UI" w:cs="Segoe UI"/>
          <w:b/>
          <w:bCs/>
          <w:color w:val="005A9C"/>
        </w:rPr>
        <w:t xml:space="preserve"> Derecho a brindar alimentación dos horas al día</w:t>
      </w:r>
    </w:p>
    <w:p w14:paraId="2C5421C8" w14:textId="1FF776F2" w:rsidR="352CB182" w:rsidRPr="00A43CC7" w:rsidRDefault="352CB182" w:rsidP="00A43CC7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Se autoriza el ejercicio de este derecho para la alimentación del hijo/a. Esta medida se ejercerá fuera de los recintos de AIEP, como medida de resguardo y prevención, y su coordinación se realizará con la Dirección Académica y la Jefatura de Escuela de esta sede.</w:t>
      </w:r>
    </w:p>
    <w:p w14:paraId="470F74E4" w14:textId="77777777" w:rsidR="005F6261" w:rsidRPr="00A43CC7" w:rsidRDefault="352CB182" w:rsidP="00A43CC7">
      <w:pPr>
        <w:jc w:val="both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bCs/>
          <w:color w:val="005A9C"/>
        </w:rPr>
        <w:t>☐</w:t>
      </w:r>
      <w:r w:rsidRPr="00A43CC7">
        <w:rPr>
          <w:rFonts w:ascii="Segoe UI" w:hAnsi="Segoe UI" w:cs="Segoe UI"/>
          <w:b/>
          <w:bCs/>
          <w:color w:val="005A9C"/>
        </w:rPr>
        <w:t xml:space="preserve"> Reprogramación o flexibilización de evaluaciones</w:t>
      </w:r>
    </w:p>
    <w:p w14:paraId="6321CBCC" w14:textId="18A478D6" w:rsidR="352CB182" w:rsidRPr="00A43CC7" w:rsidRDefault="352CB182" w:rsidP="00A43CC7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Permite solicitar una nueva fecha cuando una situación de embarazo o cuidado, debidamente acreditada, impida rendir una evaluación en la fecha programada. Debe completarse dentro del plazo definido por la unidad académica y, a más tardar, antes del inicio del semestre siguiente.</w:t>
      </w:r>
    </w:p>
    <w:p w14:paraId="33B60F85" w14:textId="77777777" w:rsidR="005F6261" w:rsidRPr="00A43CC7" w:rsidRDefault="352CB182" w:rsidP="00A43CC7">
      <w:pPr>
        <w:jc w:val="both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  <w:b/>
          <w:bCs/>
          <w:color w:val="005A9C"/>
        </w:rPr>
        <w:t>☐</w:t>
      </w:r>
      <w:r w:rsidRPr="00A43CC7">
        <w:rPr>
          <w:rFonts w:ascii="Segoe UI" w:hAnsi="Segoe UI" w:cs="Segoe UI"/>
          <w:b/>
          <w:bCs/>
          <w:color w:val="005A9C"/>
        </w:rPr>
        <w:t xml:space="preserve"> Calendario especial de actividades y evaluaciones</w:t>
      </w:r>
    </w:p>
    <w:p w14:paraId="6A7E3C80" w14:textId="77777777" w:rsidR="005F6261" w:rsidRPr="00A43CC7" w:rsidRDefault="352CB182" w:rsidP="00A43CC7">
      <w:pPr>
        <w:pStyle w:val="SmallNote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Permite acordar, cuando corresponda, un calendario especial para completar actividades y evaluaciones afectadas. Su aplicación debe resguardar el Perfil de Egreso y los plazos definidos por la unidad académica.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5068F950" w14:textId="77777777" w:rsidTr="352CB182">
        <w:trPr>
          <w:trHeight w:val="300"/>
          <w:jc w:val="center"/>
        </w:trPr>
        <w:tc>
          <w:tcPr>
            <w:tcW w:w="10368" w:type="dxa"/>
            <w:shd w:val="clear" w:color="auto" w:fill="FFF4D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E3FCE1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263238"/>
                <w:sz w:val="17"/>
              </w:rPr>
              <w:t xml:space="preserve">Resguardo institucional: </w:t>
            </w:r>
            <w:r w:rsidRPr="00A43CC7">
              <w:rPr>
                <w:rFonts w:ascii="Segoe UI" w:hAnsi="Segoe UI" w:cs="Segoe UI"/>
                <w:sz w:val="17"/>
              </w:rPr>
              <w:t>La Ley N.° 21.790 no autoriza asistir a clases con niños, niñas o adolescentes. Esta posibilidad no corresponde a una medida del procedimiento.</w:t>
            </w:r>
          </w:p>
        </w:tc>
      </w:tr>
    </w:tbl>
    <w:p w14:paraId="52E604BA" w14:textId="35CD44EE" w:rsidR="352CB182" w:rsidRPr="00A43CC7" w:rsidRDefault="352CB182" w:rsidP="352CB182">
      <w:pPr>
        <w:spacing w:after="0"/>
        <w:rPr>
          <w:rFonts w:ascii="Segoe UI" w:hAnsi="Segoe UI" w:cs="Segoe U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1C0ACD5B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7ED700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7. SOLO SI SOLICITA POSTERGACIÓN O SUSPENSIÓN DE ESTUDIOS</w:t>
            </w:r>
          </w:p>
        </w:tc>
      </w:tr>
    </w:tbl>
    <w:p w14:paraId="6574D1EE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00"/>
        <w:gridCol w:w="6624"/>
      </w:tblGrid>
      <w:tr w:rsidR="005F6261" w:rsidRPr="00A43CC7" w14:paraId="770D57C3" w14:textId="77777777">
        <w:trPr>
          <w:tblHeader/>
          <w:jc w:val="center"/>
        </w:trPr>
        <w:tc>
          <w:tcPr>
            <w:tcW w:w="3600" w:type="dxa"/>
            <w:shd w:val="clear" w:color="auto" w:fill="005A9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6884D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17"/>
              </w:rPr>
              <w:t>Campo</w:t>
            </w:r>
          </w:p>
        </w:tc>
        <w:tc>
          <w:tcPr>
            <w:tcW w:w="6624" w:type="dxa"/>
            <w:shd w:val="clear" w:color="auto" w:fill="005A9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7E0F2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17"/>
              </w:rPr>
              <w:t>Completar</w:t>
            </w:r>
          </w:p>
        </w:tc>
      </w:tr>
      <w:tr w:rsidR="005F6261" w:rsidRPr="00A43CC7" w14:paraId="5DA28170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CC85A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Período o semestre que solicita suspender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CF0FEA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04AB3CF0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C8239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Fecha desde la que solicita la suspensión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CAB10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____ / ____ / ______</w:t>
            </w:r>
          </w:p>
        </w:tc>
      </w:tr>
      <w:tr w:rsidR="005F6261" w:rsidRPr="00A43CC7" w14:paraId="5AF8919E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D788A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Duración solicitada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160633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1 semestre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2 semestres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Otro: __________</w:t>
            </w:r>
          </w:p>
        </w:tc>
      </w:tr>
      <w:tr w:rsidR="005F6261" w:rsidRPr="00A43CC7" w14:paraId="43C0310C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731FE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¿Cuenta con CAE?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459DB7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Sí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No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No sabe</w:t>
            </w:r>
          </w:p>
        </w:tc>
      </w:tr>
      <w:tr w:rsidR="005F6261" w:rsidRPr="00A43CC7" w14:paraId="6E80BE94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2682B6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¿Cuenta con beca estatal?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71596F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Sí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No   </w:t>
            </w: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No sabe</w:t>
            </w:r>
          </w:p>
        </w:tc>
      </w:tr>
      <w:tr w:rsidR="005F6261" w:rsidRPr="00A43CC7" w14:paraId="14531DC8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32842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Otro beneficio estudiantil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4C407E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</w:tr>
      <w:tr w:rsidR="005F6261" w:rsidRPr="00A43CC7" w14:paraId="1CFB1405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A4CCF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Confirmación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18228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Comprendo que esta medida implica dejar de cursar las asignaturas durante el período autorizado.</w:t>
            </w:r>
          </w:p>
        </w:tc>
      </w:tr>
      <w:tr w:rsidR="005F6261" w:rsidRPr="00A43CC7" w14:paraId="6E4AB3EA" w14:textId="77777777">
        <w:trPr>
          <w:jc w:val="center"/>
        </w:trPr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3BD556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Autorización</w:t>
            </w:r>
          </w:p>
        </w:tc>
        <w:tc>
          <w:tcPr>
            <w:tcW w:w="662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4360E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 Symbol" w:hAnsi="Segoe UI Symbol" w:cs="Segoe UI Symbol"/>
                <w:sz w:val="17"/>
              </w:rPr>
              <w:t>☐</w:t>
            </w:r>
            <w:r w:rsidRPr="00A43CC7">
              <w:rPr>
                <w:rFonts w:ascii="Segoe UI" w:hAnsi="Segoe UI" w:cs="Segoe UI"/>
                <w:sz w:val="17"/>
              </w:rPr>
              <w:t xml:space="preserve"> Autorizo a AIEP a solicitar los pronunciamientos académico y financiero necesarios para evaluar esta medida.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67AB3AB6" w14:textId="77777777">
        <w:trPr>
          <w:jc w:val="center"/>
        </w:trPr>
        <w:tc>
          <w:tcPr>
            <w:tcW w:w="10368" w:type="dxa"/>
            <w:shd w:val="clear" w:color="auto" w:fill="FFF4D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E50986" w14:textId="77777777" w:rsidR="005F6261" w:rsidRPr="00A43CC7" w:rsidRDefault="00740C9D" w:rsidP="00A43CC7">
            <w:pPr>
              <w:keepLines/>
              <w:spacing w:after="0"/>
              <w:jc w:val="both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263238"/>
                <w:sz w:val="17"/>
              </w:rPr>
              <w:t xml:space="preserve">Condiciones económicas: </w:t>
            </w:r>
            <w:r w:rsidRPr="00A43CC7">
              <w:rPr>
                <w:rFonts w:ascii="Segoe UI" w:hAnsi="Segoe UI" w:cs="Segoe UI"/>
                <w:sz w:val="17"/>
              </w:rPr>
              <w:t>Cada solicitud de suspensión tendrá un análisis financiero individual. No se aplicarán montos, beneficios ni condiciones de otros casos. Finanzas informará los montos devengados, efectos sobre beneficios y gestiones requeridas antes de emitir la resolución.</w:t>
            </w:r>
          </w:p>
        </w:tc>
      </w:tr>
    </w:tbl>
    <w:p w14:paraId="2EF83A93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0C0238AB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EBE6CF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8. DOCUMENTOS QUE SE DEBEN ADJUNTAR</w:t>
            </w:r>
          </w:p>
        </w:tc>
      </w:tr>
    </w:tbl>
    <w:p w14:paraId="4C44A4B4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p w14:paraId="006F6A28" w14:textId="77777777" w:rsidR="005F6261" w:rsidRPr="00A43CC7" w:rsidRDefault="00740C9D">
      <w:pPr>
        <w:rPr>
          <w:rFonts w:ascii="Segoe UI" w:hAnsi="Segoe UI" w:cs="Segoe UI"/>
        </w:rPr>
      </w:pPr>
      <w:r w:rsidRPr="00A43CC7">
        <w:rPr>
          <w:rFonts w:ascii="Segoe UI" w:hAnsi="Segoe UI" w:cs="Segoe UI"/>
          <w:b/>
        </w:rPr>
        <w:t>Adjunte solo los documentos que correspondan al perfil seleccionado. Marque los que entrega:</w:t>
      </w:r>
    </w:p>
    <w:p w14:paraId="4D482F10" w14:textId="77777777" w:rsidR="005F6261" w:rsidRPr="00A43CC7" w:rsidRDefault="00740C9D">
      <w:pPr>
        <w:pStyle w:val="Heading2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Embarazo</w:t>
      </w:r>
    </w:p>
    <w:p w14:paraId="65424AEF" w14:textId="77777777" w:rsidR="005F6261" w:rsidRPr="00A43CC7" w:rsidRDefault="00740C9D">
      <w:pPr>
        <w:spacing w:after="2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Certificado médico emitido por entidad de salud o profesional tratante.</w:t>
      </w:r>
    </w:p>
    <w:p w14:paraId="3B419B20" w14:textId="77777777" w:rsidR="005F6261" w:rsidRPr="00A43CC7" w:rsidRDefault="00740C9D">
      <w:pPr>
        <w:spacing w:after="2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Informe obstétrico.</w:t>
      </w:r>
    </w:p>
    <w:p w14:paraId="5EE8EE78" w14:textId="77777777" w:rsidR="005F6261" w:rsidRPr="00A43CC7" w:rsidRDefault="00740C9D">
      <w:pPr>
        <w:spacing w:after="2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Ecografía.</w:t>
      </w:r>
    </w:p>
    <w:p w14:paraId="29115540" w14:textId="77777777" w:rsidR="005F6261" w:rsidRPr="00A43CC7" w:rsidRDefault="00740C9D">
      <w:pPr>
        <w:spacing w:after="2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Otro documento oficial que confirme el embarazo.</w:t>
      </w:r>
    </w:p>
    <w:p w14:paraId="1900420F" w14:textId="77777777" w:rsidR="005F6261" w:rsidRPr="00A43CC7" w:rsidRDefault="00740C9D">
      <w:pPr>
        <w:pStyle w:val="Heading2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Maternidad o paternidad</w:t>
      </w:r>
    </w:p>
    <w:p w14:paraId="39F2E9B4" w14:textId="77777777" w:rsidR="005F6261" w:rsidRPr="00A43CC7" w:rsidRDefault="00740C9D">
      <w:pPr>
        <w:spacing w:after="2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Certificado de nacimiento del hijo o hija.</w:t>
      </w:r>
    </w:p>
    <w:p w14:paraId="36FC7755" w14:textId="77777777" w:rsidR="005F6261" w:rsidRPr="00A43CC7" w:rsidRDefault="00740C9D">
      <w:pPr>
        <w:pStyle w:val="Heading2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Cuidado personal de niño o niña</w:t>
      </w:r>
    </w:p>
    <w:p w14:paraId="0E7AC2A9" w14:textId="77777777" w:rsidR="005F6261" w:rsidRPr="00A43CC7" w:rsidRDefault="00740C9D">
      <w:pPr>
        <w:spacing w:after="2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Certificado de nacimiento.</w:t>
      </w:r>
    </w:p>
    <w:p w14:paraId="168A8B83" w14:textId="77777777" w:rsidR="005F6261" w:rsidRPr="00A43CC7" w:rsidRDefault="00740C9D">
      <w:pPr>
        <w:spacing w:after="2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Resolución judicial, certificado de cuidado personal u otro documento oficial equivalente.</w:t>
      </w:r>
    </w:p>
    <w:p w14:paraId="5C16EA51" w14:textId="77777777" w:rsidR="005F6261" w:rsidRPr="00A43CC7" w:rsidRDefault="00740C9D">
      <w:pPr>
        <w:pStyle w:val="Heading2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Cuidador/a principal de persona con discapacidad o dependencia</w:t>
      </w:r>
    </w:p>
    <w:p w14:paraId="76281B6F" w14:textId="77777777" w:rsidR="005F6261" w:rsidRPr="00A43CC7" w:rsidRDefault="00740C9D">
      <w:pPr>
        <w:spacing w:after="2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Credencial de discapacidad, certificado RND, resolución COMPIN o documento oficial de dependencia.</w:t>
      </w:r>
    </w:p>
    <w:p w14:paraId="7BB174BF" w14:textId="77777777" w:rsidR="005F6261" w:rsidRPr="00A43CC7" w:rsidRDefault="00740C9D">
      <w:pPr>
        <w:spacing w:after="2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Credencial o certificado de persona cuidadora, Cartola Hogar RSH u otro documento oficial aceptado por AIEP.</w:t>
      </w:r>
    </w:p>
    <w:p w14:paraId="61D8B44D" w14:textId="77777777" w:rsidR="005F6261" w:rsidRPr="00A43CC7" w:rsidRDefault="00740C9D">
      <w:pPr>
        <w:spacing w:after="20"/>
        <w:ind w:left="288"/>
        <w:rPr>
          <w:rFonts w:ascii="Segoe UI" w:hAnsi="Segoe UI" w:cs="Segoe UI"/>
        </w:rPr>
      </w:pPr>
      <w:r w:rsidRPr="00A43CC7">
        <w:rPr>
          <w:rFonts w:ascii="Segoe UI Symbol" w:hAnsi="Segoe UI Symbol" w:cs="Segoe UI Symbol"/>
        </w:rPr>
        <w:t>☐</w:t>
      </w:r>
      <w:r w:rsidRPr="00A43CC7">
        <w:rPr>
          <w:rFonts w:ascii="Segoe UI" w:hAnsi="Segoe UI" w:cs="Segoe UI"/>
        </w:rPr>
        <w:t xml:space="preserve"> Documento que acredite el vínculo, cuando corresponda.</w:t>
      </w:r>
    </w:p>
    <w:p w14:paraId="2F228614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F6261" w:rsidRPr="00A43CC7" w14:paraId="3F717241" w14:textId="77777777">
        <w:trPr>
          <w:jc w:val="center"/>
        </w:trPr>
        <w:tc>
          <w:tcPr>
            <w:tcW w:w="10368" w:type="dxa"/>
            <w:shd w:val="clear" w:color="auto" w:fill="005A9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7E6EE7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22"/>
              </w:rPr>
              <w:t>9. DECLARACIÓN DE LA PERSONA ESTUDIANTE</w:t>
            </w:r>
          </w:p>
        </w:tc>
      </w:tr>
    </w:tbl>
    <w:p w14:paraId="7E38F563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p w14:paraId="6A2AC5A2" w14:textId="77777777" w:rsidR="005F6261" w:rsidRPr="00A43CC7" w:rsidRDefault="352CB182" w:rsidP="352CB182">
      <w:pPr>
        <w:spacing w:after="160"/>
        <w:jc w:val="both"/>
        <w:rPr>
          <w:rFonts w:ascii="Segoe UI" w:hAnsi="Segoe UI" w:cs="Segoe UI"/>
        </w:rPr>
      </w:pPr>
      <w:r w:rsidRPr="00A43CC7">
        <w:rPr>
          <w:rFonts w:ascii="Segoe UI" w:hAnsi="Segoe UI" w:cs="Segoe UI"/>
        </w:rPr>
        <w:t>Declaro que la información y los documentos entregados son verídicos y corresponden a mi situación actual. Autorizo su tratamiento institucional exclusivamente para la evaluación, resolución, implementación y seguimiento de esta solicitud. Me comprometo a informar cambios relevantes y a presentar los antecedentes adicionales que resulten necesarios. Comprendo que la presentación de este formulario no implica la aprobación automática de los mecanismos solicitados.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3312"/>
      </w:tblGrid>
      <w:tr w:rsidR="005F6261" w:rsidRPr="00A43CC7" w14:paraId="281321E3" w14:textId="77777777" w:rsidTr="352CB182">
        <w:trPr>
          <w:tblHeader/>
          <w:jc w:val="center"/>
        </w:trPr>
        <w:tc>
          <w:tcPr>
            <w:tcW w:w="6912" w:type="dxa"/>
            <w:shd w:val="clear" w:color="auto" w:fill="005A9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CBCA2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17"/>
              </w:rPr>
              <w:t>Firma de la persona estudiante</w:t>
            </w:r>
          </w:p>
        </w:tc>
        <w:tc>
          <w:tcPr>
            <w:tcW w:w="3312" w:type="dxa"/>
            <w:shd w:val="clear" w:color="auto" w:fill="005A9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0D5217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b/>
                <w:color w:val="FFFFFF"/>
                <w:sz w:val="17"/>
              </w:rPr>
              <w:t>Fecha</w:t>
            </w:r>
          </w:p>
        </w:tc>
      </w:tr>
      <w:tr w:rsidR="005F6261" w:rsidRPr="00A43CC7" w14:paraId="2D9A9A36" w14:textId="77777777" w:rsidTr="352CB182">
        <w:trPr>
          <w:jc w:val="center"/>
        </w:trPr>
        <w:tc>
          <w:tcPr>
            <w:tcW w:w="69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07B9AA" w14:textId="77777777" w:rsidR="005F6261" w:rsidRPr="00A43CC7" w:rsidRDefault="005F6261">
            <w:pPr>
              <w:keepLines/>
              <w:spacing w:after="0"/>
              <w:rPr>
                <w:rFonts w:ascii="Segoe UI" w:hAnsi="Segoe UI" w:cs="Segoe UI"/>
              </w:rPr>
            </w:pPr>
          </w:p>
        </w:tc>
        <w:tc>
          <w:tcPr>
            <w:tcW w:w="3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6A6B14" w14:textId="77777777" w:rsidR="005F6261" w:rsidRPr="00A43CC7" w:rsidRDefault="00740C9D">
            <w:pPr>
              <w:keepLines/>
              <w:spacing w:after="0"/>
              <w:rPr>
                <w:rFonts w:ascii="Segoe UI" w:hAnsi="Segoe UI" w:cs="Segoe UI"/>
              </w:rPr>
            </w:pPr>
            <w:r w:rsidRPr="00A43CC7">
              <w:rPr>
                <w:rFonts w:ascii="Segoe UI" w:hAnsi="Segoe UI" w:cs="Segoe UI"/>
                <w:sz w:val="17"/>
              </w:rPr>
              <w:t>____ / ____ / ______</w:t>
            </w:r>
          </w:p>
        </w:tc>
      </w:tr>
    </w:tbl>
    <w:p w14:paraId="6F4DEB04" w14:textId="05B33011" w:rsidR="352CB182" w:rsidRPr="00A43CC7" w:rsidRDefault="352CB182">
      <w:pPr>
        <w:rPr>
          <w:rFonts w:ascii="Segoe UI" w:hAnsi="Segoe UI" w:cs="Segoe UI"/>
        </w:rPr>
      </w:pPr>
    </w:p>
    <w:p w14:paraId="17906971" w14:textId="77777777" w:rsidR="005F6261" w:rsidRPr="00A43CC7" w:rsidRDefault="005F6261">
      <w:pPr>
        <w:spacing w:after="0"/>
        <w:rPr>
          <w:rFonts w:ascii="Segoe UI" w:hAnsi="Segoe UI" w:cs="Segoe UI"/>
        </w:rPr>
      </w:pPr>
    </w:p>
    <w:p w14:paraId="4061AE10" w14:textId="6F6007F6" w:rsidR="005F6261" w:rsidRPr="00A43CC7" w:rsidRDefault="005F6261">
      <w:pPr>
        <w:pStyle w:val="SmallNote"/>
        <w:rPr>
          <w:rFonts w:ascii="Segoe UI" w:hAnsi="Segoe UI" w:cs="Segoe UI"/>
        </w:rPr>
      </w:pPr>
    </w:p>
    <w:sectPr w:rsidR="005F6261" w:rsidRPr="00A43CC7" w:rsidSect="00A43CC7">
      <w:headerReference w:type="default" r:id="rId9"/>
      <w:footerReference w:type="default" r:id="rId10"/>
      <w:pgSz w:w="12240" w:h="15840"/>
      <w:pgMar w:top="1985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E9F53" w14:textId="77777777" w:rsidR="005244F7" w:rsidRDefault="005244F7">
      <w:pPr>
        <w:spacing w:after="0" w:line="240" w:lineRule="auto"/>
      </w:pPr>
      <w:r>
        <w:separator/>
      </w:r>
    </w:p>
  </w:endnote>
  <w:endnote w:type="continuationSeparator" w:id="0">
    <w:p w14:paraId="6C55D845" w14:textId="77777777" w:rsidR="005244F7" w:rsidRDefault="00524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CE897" w14:textId="0A4218F6" w:rsidR="005F6261" w:rsidRDefault="005F626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55571" w14:textId="77777777" w:rsidR="005244F7" w:rsidRDefault="005244F7">
      <w:pPr>
        <w:spacing w:after="0" w:line="240" w:lineRule="auto"/>
      </w:pPr>
      <w:r>
        <w:separator/>
      </w:r>
    </w:p>
  </w:footnote>
  <w:footnote w:type="continuationSeparator" w:id="0">
    <w:p w14:paraId="24572BA5" w14:textId="77777777" w:rsidR="005244F7" w:rsidRDefault="00524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C3940" w14:textId="3D95A1B3" w:rsidR="005F6261" w:rsidRDefault="00360561" w:rsidP="00360561">
    <w:pPr>
      <w:pStyle w:val="Header"/>
    </w:pPr>
    <w:r>
      <w:rPr>
        <w:noProof/>
      </w:rPr>
      <w:drawing>
        <wp:inline distT="0" distB="0" distL="0" distR="0" wp14:anchorId="5DA9E054" wp14:editId="56AAAFFA">
          <wp:extent cx="1771650" cy="571500"/>
          <wp:effectExtent l="0" t="0" r="0" b="0"/>
          <wp:docPr id="76524269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24738F" w14:textId="4F6D462C" w:rsidR="00360561" w:rsidRDefault="00360561" w:rsidP="00360561">
    <w:pPr>
      <w:pStyle w:val="Header"/>
    </w:pPr>
    <w:r>
      <w:rPr>
        <w:color w:val="005A9C"/>
        <w:sz w:val="16"/>
      </w:rPr>
      <w:t xml:space="preserve">AIEP | Yo Cuido, Yo Estudio | </w:t>
    </w:r>
    <w:r w:rsidR="00E13B13">
      <w:rPr>
        <w:color w:val="005A9C"/>
        <w:sz w:val="16"/>
      </w:rPr>
      <w:t>Estudiante Cuidador/a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3EE0EF"/>
    <w:multiLevelType w:val="hybridMultilevel"/>
    <w:tmpl w:val="40289DB0"/>
    <w:lvl w:ilvl="0" w:tplc="1624D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6F4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E69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C8E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AAD4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A4B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DA90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6855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98A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5233D"/>
    <w:multiLevelType w:val="hybridMultilevel"/>
    <w:tmpl w:val="1D84A3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656049">
    <w:abstractNumId w:val="9"/>
  </w:num>
  <w:num w:numId="2" w16cid:durableId="394207414">
    <w:abstractNumId w:val="8"/>
  </w:num>
  <w:num w:numId="3" w16cid:durableId="2014919431">
    <w:abstractNumId w:val="6"/>
  </w:num>
  <w:num w:numId="4" w16cid:durableId="901910063">
    <w:abstractNumId w:val="5"/>
  </w:num>
  <w:num w:numId="5" w16cid:durableId="1537160558">
    <w:abstractNumId w:val="4"/>
  </w:num>
  <w:num w:numId="6" w16cid:durableId="1267616326">
    <w:abstractNumId w:val="7"/>
  </w:num>
  <w:num w:numId="7" w16cid:durableId="289019977">
    <w:abstractNumId w:val="3"/>
  </w:num>
  <w:num w:numId="8" w16cid:durableId="1708211698">
    <w:abstractNumId w:val="2"/>
  </w:num>
  <w:num w:numId="9" w16cid:durableId="934634318">
    <w:abstractNumId w:val="1"/>
  </w:num>
  <w:num w:numId="10" w16cid:durableId="1969050811">
    <w:abstractNumId w:val="0"/>
  </w:num>
  <w:num w:numId="11" w16cid:durableId="15789805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F0E"/>
    <w:rsid w:val="0006063C"/>
    <w:rsid w:val="000C2D03"/>
    <w:rsid w:val="000C73C5"/>
    <w:rsid w:val="0015074B"/>
    <w:rsid w:val="0018736C"/>
    <w:rsid w:val="002449BF"/>
    <w:rsid w:val="0029639D"/>
    <w:rsid w:val="00326F90"/>
    <w:rsid w:val="003552BD"/>
    <w:rsid w:val="00360561"/>
    <w:rsid w:val="004529B1"/>
    <w:rsid w:val="00476D2E"/>
    <w:rsid w:val="005244F7"/>
    <w:rsid w:val="005F29FF"/>
    <w:rsid w:val="005F6261"/>
    <w:rsid w:val="00740C9D"/>
    <w:rsid w:val="0074687C"/>
    <w:rsid w:val="0087446E"/>
    <w:rsid w:val="00A43CC7"/>
    <w:rsid w:val="00AA1D8D"/>
    <w:rsid w:val="00B13CBD"/>
    <w:rsid w:val="00B47730"/>
    <w:rsid w:val="00C346B7"/>
    <w:rsid w:val="00CB0664"/>
    <w:rsid w:val="00CB40A6"/>
    <w:rsid w:val="00CF244A"/>
    <w:rsid w:val="00D018DF"/>
    <w:rsid w:val="00D767F9"/>
    <w:rsid w:val="00E13B13"/>
    <w:rsid w:val="00FC693F"/>
    <w:rsid w:val="225F4F9A"/>
    <w:rsid w:val="2AEAB4E4"/>
    <w:rsid w:val="352CB182"/>
    <w:rsid w:val="3688B658"/>
    <w:rsid w:val="7C64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4A05E2"/>
  <w14:defaultImageDpi w14:val="300"/>
  <w15:docId w15:val="{45D37643-8F58-4D90-8BE6-2EC485FD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005A9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b/>
      <w:bCs/>
      <w:color w:val="263238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005A9C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40"/>
    </w:pPr>
    <w:rPr>
      <w:rFonts w:ascii="Aptos" w:hAnsi="Aptos"/>
      <w:color w:val="4A4A4A"/>
      <w:sz w:val="16"/>
    </w:rPr>
  </w:style>
  <w:style w:type="character" w:styleId="Hyperlink">
    <w:name w:val="Hyperlink"/>
    <w:basedOn w:val="DefaultParagraphFont"/>
    <w:uiPriority w:val="99"/>
    <w:unhideWhenUsed/>
    <w:rsid w:val="001873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73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eroydiversidades@aiep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1502</Words>
  <Characters>8563</Characters>
  <Application>Microsoft Office Word</Application>
  <DocSecurity>4</DocSecurity>
  <Lines>71</Lines>
  <Paragraphs>20</Paragraphs>
  <ScaleCrop>false</ScaleCrop>
  <Manager/>
  <Company/>
  <LinksUpToDate>false</LinksUpToDate>
  <CharactersWithSpaces>10045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Belen Emilia Cid Ceballos</dc:creator>
  <cp:keywords/>
  <dc:description>generated by python-docx</dc:description>
  <cp:lastModifiedBy>Eleany Patricia Perera Rivas</cp:lastModifiedBy>
  <cp:revision>9</cp:revision>
  <dcterms:created xsi:type="dcterms:W3CDTF">2026-10-20T13:58:00Z</dcterms:created>
  <dcterms:modified xsi:type="dcterms:W3CDTF">2026-10-26T21:36:00Z</dcterms:modified>
  <cp:category/>
</cp:coreProperties>
</file>