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24889" w:rsidR="00A00695" w:rsidRDefault="00A00695" w14:paraId="18BDA052" w14:textId="77777777">
      <w:pPr>
        <w:jc w:val="center"/>
        <w:rPr>
          <w:rFonts w:ascii="Segoe UI" w:hAnsi="Segoe UI" w:cs="Segoe UI"/>
          <w:b/>
          <w:color w:val="163A5F"/>
          <w:sz w:val="36"/>
        </w:rPr>
      </w:pPr>
    </w:p>
    <w:p w:rsidRPr="00C24889" w:rsidR="005F6261" w:rsidRDefault="0011589F" w14:paraId="684179D6" w14:textId="77777777">
      <w:pPr>
        <w:jc w:val="center"/>
        <w:rPr>
          <w:rFonts w:ascii="Segoe UI" w:hAnsi="Segoe UI" w:cs="Segoe UI"/>
        </w:rPr>
      </w:pPr>
      <w:r w:rsidRPr="00C24889">
        <w:rPr>
          <w:rFonts w:ascii="Segoe UI" w:hAnsi="Segoe UI" w:cs="Segoe UI"/>
          <w:b/>
          <w:color w:val="163A5F"/>
          <w:sz w:val="36"/>
        </w:rPr>
        <w:t>FORMULARIO MANUAL DE SOLICITUD</w:t>
      </w:r>
    </w:p>
    <w:p w:rsidRPr="00B00C06" w:rsidR="005F6261" w:rsidP="3B233192" w:rsidRDefault="0011589F" w14:paraId="32EBF33D" w14:textId="53CF1D34">
      <w:pPr>
        <w:jc w:val="center"/>
        <w:rPr>
          <w:rFonts w:ascii="Segoe UI" w:hAnsi="Segoe UI" w:cs="Segoe UI"/>
          <w:b w:val="1"/>
          <w:bCs w:val="1"/>
          <w:color w:val="C00000"/>
          <w:sz w:val="24"/>
          <w:szCs w:val="24"/>
        </w:rPr>
      </w:pPr>
      <w:r w:rsidRPr="7A97E7CC" w:rsidR="0011589F">
        <w:rPr>
          <w:rFonts w:ascii="Segoe UI" w:hAnsi="Segoe UI" w:cs="Segoe UI"/>
          <w:b w:val="1"/>
          <w:bCs w:val="1"/>
          <w:color w:val="C00000"/>
          <w:sz w:val="24"/>
          <w:szCs w:val="24"/>
        </w:rPr>
        <w:t xml:space="preserve">MECANISMOS DE APOYO </w:t>
      </w:r>
      <w:r w:rsidRPr="7A97E7CC" w:rsidR="605ED690">
        <w:rPr>
          <w:rFonts w:ascii="Segoe UI" w:hAnsi="Segoe UI" w:cs="Segoe UI"/>
          <w:b w:val="1"/>
          <w:bCs w:val="1"/>
          <w:color w:val="C00000"/>
          <w:sz w:val="24"/>
          <w:szCs w:val="24"/>
        </w:rPr>
        <w:t>- INCLUSIÓN</w:t>
      </w:r>
    </w:p>
    <w:p w:rsidRPr="00C24889" w:rsidR="005F6261" w:rsidP="00C24889" w:rsidRDefault="0011589F" w14:paraId="20DF459A" w14:textId="77777777">
      <w:pPr>
        <w:jc w:val="center"/>
        <w:rPr>
          <w:rFonts w:ascii="Segoe UI" w:hAnsi="Segoe UI" w:cs="Segoe UI"/>
        </w:rPr>
      </w:pPr>
      <w:r w:rsidRPr="00C24889">
        <w:rPr>
          <w:rFonts w:ascii="Segoe UI" w:hAnsi="Segoe UI" w:cs="Segoe UI"/>
          <w:i/>
          <w:sz w:val="20"/>
        </w:rPr>
        <w:t>Estudiantes con discapacidad, neurodivergencia y/o afección psiquiátrica</w:t>
      </w:r>
    </w:p>
    <w:tbl>
      <w:tblPr>
        <w:tblW w:w="0" w:type="auto"/>
        <w:jc w:val="center"/>
        <w:tblLook w:val="04A0" w:firstRow="1" w:lastRow="0" w:firstColumn="1" w:lastColumn="0" w:noHBand="0" w:noVBand="1"/>
      </w:tblPr>
      <w:tblGrid>
        <w:gridCol w:w="10368"/>
      </w:tblGrid>
      <w:tr w:rsidRPr="00C24889" w:rsidR="005F6261" w:rsidTr="352CB182" w14:paraId="684608FF" w14:textId="77777777">
        <w:trPr>
          <w:jc w:val="center"/>
        </w:trPr>
        <w:tc>
          <w:tcPr>
            <w:tcW w:w="10368" w:type="dxa"/>
            <w:shd w:val="clear" w:color="auto" w:fill="EAF4FB"/>
            <w:tcMar>
              <w:top w:w="90" w:type="dxa"/>
              <w:left w:w="110" w:type="dxa"/>
              <w:bottom w:w="90" w:type="dxa"/>
              <w:right w:w="110" w:type="dxa"/>
            </w:tcMar>
          </w:tcPr>
          <w:p w:rsidRPr="00C24889" w:rsidR="005F6261" w:rsidP="00C24889" w:rsidRDefault="0011589F" w14:paraId="307DE1A3" w14:textId="6AC4F379">
            <w:pPr>
              <w:keepLines/>
              <w:spacing w:after="0"/>
              <w:jc w:val="both"/>
              <w:rPr>
                <w:rFonts w:ascii="Segoe UI" w:hAnsi="Segoe UI" w:cs="Segoe UI"/>
              </w:rPr>
            </w:pPr>
            <w:r w:rsidRPr="00C24889">
              <w:rPr>
                <w:rFonts w:ascii="Segoe UI" w:hAnsi="Segoe UI" w:cs="Segoe UI"/>
                <w:b/>
                <w:bCs/>
                <w:color w:val="263238"/>
                <w:sz w:val="17"/>
                <w:szCs w:val="17"/>
              </w:rPr>
              <w:t xml:space="preserve">Objetivo: </w:t>
            </w:r>
            <w:r w:rsidRPr="00C24889">
              <w:rPr>
                <w:rFonts w:ascii="Segoe UI" w:hAnsi="Segoe UI" w:cs="Segoe UI"/>
                <w:sz w:val="17"/>
                <w:szCs w:val="17"/>
              </w:rPr>
              <w:t>Solicitar mecanismos de apoyo conforme a los Lineamientos de Admisión y Apoyo para Estudiantes con Discapacidad de AIEP y sus normas complementarias. Solo pueden postular estudiantes con calidad de Alumno/a Regular de AIEP. La solicitud será revisada por la Unidad de Prevención, Género y Diversidades según la condición acreditada, la documentación presentada y los mecanismos seleccionados. La presentación de este formulario no implica aprobación automática.</w:t>
            </w:r>
          </w:p>
        </w:tc>
      </w:tr>
    </w:tbl>
    <w:p w:rsidRPr="00C24889" w:rsidR="005F6261" w:rsidRDefault="005F6261" w14:paraId="61D41638" w14:textId="77777777">
      <w:pPr>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14:paraId="6BECED41" w14:textId="77777777">
        <w:trPr>
          <w:jc w:val="center"/>
        </w:trPr>
        <w:tc>
          <w:tcPr>
            <w:tcW w:w="10368" w:type="dxa"/>
            <w:shd w:val="clear" w:color="auto" w:fill="FFF4D6"/>
            <w:tcMar>
              <w:top w:w="90" w:type="dxa"/>
              <w:left w:w="110" w:type="dxa"/>
              <w:bottom w:w="90" w:type="dxa"/>
              <w:right w:w="110" w:type="dxa"/>
            </w:tcMar>
          </w:tcPr>
          <w:p w:rsidRPr="00C24889" w:rsidR="005F6261" w:rsidP="00C24889" w:rsidRDefault="0011589F" w14:paraId="20655EA7" w14:textId="6203A91D">
            <w:pPr>
              <w:keepLines/>
              <w:spacing w:after="0"/>
              <w:jc w:val="both"/>
              <w:rPr>
                <w:rFonts w:ascii="Segoe UI" w:hAnsi="Segoe UI" w:cs="Segoe UI"/>
              </w:rPr>
            </w:pPr>
            <w:r w:rsidRPr="00C24889">
              <w:rPr>
                <w:rFonts w:ascii="Segoe UI" w:hAnsi="Segoe UI" w:cs="Segoe UI"/>
                <w:b/>
                <w:color w:val="263238"/>
                <w:sz w:val="17"/>
              </w:rPr>
              <w:t xml:space="preserve">Cómo enviar este formulario: </w:t>
            </w:r>
            <w:r w:rsidRPr="00C24889">
              <w:rPr>
                <w:rFonts w:ascii="Segoe UI" w:hAnsi="Segoe UI" w:cs="Segoe UI"/>
                <w:sz w:val="17"/>
              </w:rPr>
              <w:t xml:space="preserve">Mientras el Portal de Inclusión </w:t>
            </w:r>
            <w:r w:rsidR="00C24889">
              <w:rPr>
                <w:rFonts w:ascii="Segoe UI" w:hAnsi="Segoe UI" w:cs="Segoe UI"/>
                <w:sz w:val="17"/>
              </w:rPr>
              <w:t>y Cuidados se encuentra en proceso de actualización</w:t>
            </w:r>
            <w:r w:rsidRPr="00C24889">
              <w:rPr>
                <w:rFonts w:ascii="Segoe UI" w:hAnsi="Segoe UI" w:cs="Segoe UI"/>
                <w:sz w:val="17"/>
              </w:rPr>
              <w:t xml:space="preserve">, envíe este formulario completo y firmado, junto con la documentación de respaldo, al correo </w:t>
            </w:r>
            <w:hyperlink w:history="1" r:id="rId8">
              <w:r w:rsidRPr="00FE5379" w:rsidR="00C24889">
                <w:rPr>
                  <w:rStyle w:val="a"/>
                  <w:rFonts w:ascii="Segoe UI" w:hAnsi="Segoe UI" w:cs="Segoe UI"/>
                  <w:sz w:val="17"/>
                </w:rPr>
                <w:t>generoydiversidades@aiep.cl</w:t>
              </w:r>
            </w:hyperlink>
            <w:r w:rsidRPr="00C24889">
              <w:rPr>
                <w:rFonts w:ascii="Segoe UI" w:hAnsi="Segoe UI" w:cs="Segoe UI"/>
                <w:sz w:val="17"/>
              </w:rPr>
              <w:t xml:space="preserve"> indicando en el asunto: Nombre Sede – Nombre Estudiante – RUT Estudiante. Si no dispone de la documentación requerida, contacte a la Dirección o Jefatura de Apoyo al Estudiante de su sede</w:t>
            </w:r>
            <w:r w:rsidR="00C24889">
              <w:rPr>
                <w:rFonts w:ascii="Segoe UI" w:hAnsi="Segoe UI" w:cs="Segoe UI"/>
                <w:sz w:val="17"/>
              </w:rPr>
              <w:t xml:space="preserve"> para mayor orientación.</w:t>
            </w:r>
          </w:p>
        </w:tc>
      </w:tr>
    </w:tbl>
    <w:p w:rsidRPr="00C24889" w:rsidR="005F6261" w:rsidRDefault="005F6261" w14:paraId="7B56C67A" w14:textId="77777777">
      <w:pPr>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14:paraId="3C9737C1" w14:textId="77777777">
        <w:trPr>
          <w:jc w:val="center"/>
        </w:trPr>
        <w:tc>
          <w:tcPr>
            <w:tcW w:w="10368" w:type="dxa"/>
            <w:shd w:val="clear" w:color="auto" w:fill="005A9C"/>
            <w:tcMar>
              <w:top w:w="80" w:type="dxa"/>
              <w:left w:w="110" w:type="dxa"/>
              <w:bottom w:w="80" w:type="dxa"/>
              <w:right w:w="110" w:type="dxa"/>
            </w:tcMar>
          </w:tcPr>
          <w:p w:rsidRPr="00C24889" w:rsidR="005F6261" w:rsidRDefault="0011589F" w14:paraId="4B093DDE" w14:textId="77777777">
            <w:pPr>
              <w:keepNext/>
              <w:keepLines/>
              <w:spacing w:after="0"/>
              <w:rPr>
                <w:rFonts w:ascii="Segoe UI" w:hAnsi="Segoe UI" w:cs="Segoe UI"/>
              </w:rPr>
            </w:pPr>
            <w:r w:rsidRPr="00C24889">
              <w:rPr>
                <w:rFonts w:ascii="Segoe UI" w:hAnsi="Segoe UI" w:cs="Segoe UI"/>
                <w:b/>
                <w:color w:val="FFFFFF"/>
                <w:sz w:val="22"/>
              </w:rPr>
              <w:t>1. INFORMACIÓN DE LA SOLICITUD</w:t>
            </w:r>
          </w:p>
        </w:tc>
      </w:tr>
    </w:tbl>
    <w:p w:rsidRPr="00C24889" w:rsidR="005F6261" w:rsidRDefault="005F6261" w14:paraId="1042B33E" w14:textId="77777777">
      <w:pPr>
        <w:keepNext/>
        <w:spacing w:after="0"/>
        <w:rPr>
          <w:rFonts w:ascii="Segoe UI" w:hAnsi="Segoe UI" w:cs="Segoe UI"/>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00"/>
        <w:gridCol w:w="6624"/>
      </w:tblGrid>
      <w:tr w:rsidRPr="00C24889" w:rsidR="005F6261" w:rsidTr="352CB182" w14:paraId="6BC84B42" w14:textId="77777777">
        <w:trPr>
          <w:tblHeader/>
          <w:jc w:val="center"/>
        </w:trPr>
        <w:tc>
          <w:tcPr>
            <w:tcW w:w="3600" w:type="dxa"/>
            <w:shd w:val="clear" w:color="auto" w:fill="005A9C"/>
            <w:tcMar>
              <w:top w:w="70" w:type="dxa"/>
              <w:left w:w="90" w:type="dxa"/>
              <w:bottom w:w="70" w:type="dxa"/>
              <w:right w:w="90" w:type="dxa"/>
            </w:tcMar>
            <w:vAlign w:val="center"/>
          </w:tcPr>
          <w:p w:rsidRPr="00C24889" w:rsidR="005F6261" w:rsidRDefault="0011589F" w14:paraId="69E319FA" w14:textId="77777777">
            <w:pPr>
              <w:keepLines/>
              <w:spacing w:after="0"/>
              <w:rPr>
                <w:rFonts w:ascii="Segoe UI" w:hAnsi="Segoe UI" w:cs="Segoe UI"/>
              </w:rPr>
            </w:pPr>
            <w:r w:rsidRPr="00C24889">
              <w:rPr>
                <w:rFonts w:ascii="Segoe UI" w:hAnsi="Segoe UI" w:cs="Segoe UI"/>
                <w:color w:val="FFFFFF"/>
                <w:sz w:val="17"/>
              </w:rPr>
              <w:t>Campo</w:t>
            </w:r>
          </w:p>
        </w:tc>
        <w:tc>
          <w:tcPr>
            <w:tcW w:w="6624" w:type="dxa"/>
            <w:shd w:val="clear" w:color="auto" w:fill="005A9C"/>
            <w:tcMar>
              <w:top w:w="70" w:type="dxa"/>
              <w:left w:w="90" w:type="dxa"/>
              <w:bottom w:w="70" w:type="dxa"/>
              <w:right w:w="90" w:type="dxa"/>
            </w:tcMar>
            <w:vAlign w:val="center"/>
          </w:tcPr>
          <w:p w:rsidRPr="00C24889" w:rsidR="005F6261" w:rsidRDefault="0011589F" w14:paraId="48687E76" w14:textId="77777777">
            <w:pPr>
              <w:keepLines/>
              <w:spacing w:after="0"/>
              <w:rPr>
                <w:rFonts w:ascii="Segoe UI" w:hAnsi="Segoe UI" w:cs="Segoe UI"/>
              </w:rPr>
            </w:pPr>
            <w:r w:rsidRPr="00C24889">
              <w:rPr>
                <w:rFonts w:ascii="Segoe UI" w:hAnsi="Segoe UI" w:cs="Segoe UI"/>
                <w:color w:val="FFFFFF"/>
                <w:sz w:val="17"/>
              </w:rPr>
              <w:t>Completar</w:t>
            </w:r>
          </w:p>
        </w:tc>
      </w:tr>
      <w:tr w:rsidRPr="00C24889" w:rsidR="005F6261" w:rsidTr="352CB182" w14:paraId="320CC3E2" w14:textId="77777777">
        <w:trPr>
          <w:jc w:val="center"/>
        </w:trPr>
        <w:tc>
          <w:tcPr>
            <w:tcW w:w="3600" w:type="dxa"/>
            <w:tcMar>
              <w:top w:w="70" w:type="dxa"/>
              <w:left w:w="90" w:type="dxa"/>
              <w:bottom w:w="70" w:type="dxa"/>
              <w:right w:w="90" w:type="dxa"/>
            </w:tcMar>
            <w:vAlign w:val="center"/>
          </w:tcPr>
          <w:p w:rsidRPr="00C24889" w:rsidR="005F6261" w:rsidRDefault="0011589F" w14:paraId="7DFC0D5F" w14:textId="77777777">
            <w:pPr>
              <w:keepLines/>
              <w:spacing w:after="0"/>
              <w:rPr>
                <w:rFonts w:ascii="Segoe UI" w:hAnsi="Segoe UI" w:cs="Segoe UI"/>
              </w:rPr>
            </w:pPr>
            <w:r w:rsidRPr="00C24889">
              <w:rPr>
                <w:rFonts w:ascii="Segoe UI" w:hAnsi="Segoe UI" w:cs="Segoe UI"/>
                <w:sz w:val="17"/>
              </w:rPr>
              <w:t>Fecha de recepción</w:t>
            </w:r>
          </w:p>
        </w:tc>
        <w:tc>
          <w:tcPr>
            <w:tcW w:w="6624" w:type="dxa"/>
            <w:tcMar>
              <w:top w:w="70" w:type="dxa"/>
              <w:left w:w="90" w:type="dxa"/>
              <w:bottom w:w="70" w:type="dxa"/>
              <w:right w:w="90" w:type="dxa"/>
            </w:tcMar>
            <w:vAlign w:val="center"/>
          </w:tcPr>
          <w:p w:rsidRPr="00C24889" w:rsidR="005F6261" w:rsidRDefault="0011589F" w14:paraId="4999F304" w14:textId="77777777">
            <w:pPr>
              <w:keepLines/>
              <w:spacing w:after="0"/>
              <w:rPr>
                <w:rFonts w:ascii="Segoe UI" w:hAnsi="Segoe UI" w:cs="Segoe UI"/>
              </w:rPr>
            </w:pPr>
            <w:r w:rsidRPr="00C24889">
              <w:rPr>
                <w:rFonts w:ascii="Segoe UI" w:hAnsi="Segoe UI" w:cs="Segoe UI"/>
                <w:sz w:val="17"/>
              </w:rPr>
              <w:t>____ / ____ / 20____    Hora: ______</w:t>
            </w:r>
          </w:p>
        </w:tc>
      </w:tr>
      <w:tr w:rsidRPr="00C24889" w:rsidR="005F6261" w:rsidTr="352CB182" w14:paraId="77F09104" w14:textId="77777777">
        <w:trPr>
          <w:jc w:val="center"/>
        </w:trPr>
        <w:tc>
          <w:tcPr>
            <w:tcW w:w="3600" w:type="dxa"/>
            <w:tcMar>
              <w:top w:w="70" w:type="dxa"/>
              <w:left w:w="90" w:type="dxa"/>
              <w:bottom w:w="70" w:type="dxa"/>
              <w:right w:w="90" w:type="dxa"/>
            </w:tcMar>
            <w:vAlign w:val="center"/>
          </w:tcPr>
          <w:p w:rsidRPr="00C24889" w:rsidR="005F6261" w:rsidRDefault="0011589F" w14:paraId="2EC3905E" w14:textId="77777777">
            <w:pPr>
              <w:keepLines/>
              <w:spacing w:after="0"/>
              <w:rPr>
                <w:rFonts w:ascii="Segoe UI" w:hAnsi="Segoe UI" w:cs="Segoe UI"/>
              </w:rPr>
            </w:pPr>
            <w:r w:rsidRPr="00C24889">
              <w:rPr>
                <w:rFonts w:ascii="Segoe UI" w:hAnsi="Segoe UI" w:cs="Segoe UI"/>
                <w:sz w:val="17"/>
              </w:rPr>
              <w:t>Sede</w:t>
            </w:r>
          </w:p>
        </w:tc>
        <w:tc>
          <w:tcPr>
            <w:tcW w:w="6624" w:type="dxa"/>
            <w:tcMar>
              <w:top w:w="70" w:type="dxa"/>
              <w:left w:w="90" w:type="dxa"/>
              <w:bottom w:w="70" w:type="dxa"/>
              <w:right w:w="90" w:type="dxa"/>
            </w:tcMar>
            <w:vAlign w:val="center"/>
          </w:tcPr>
          <w:p w:rsidRPr="00C24889" w:rsidR="005F6261" w:rsidRDefault="005F6261" w14:paraId="1F8622C5" w14:textId="77777777">
            <w:pPr>
              <w:keepLines/>
              <w:spacing w:after="0"/>
              <w:rPr>
                <w:rFonts w:ascii="Segoe UI" w:hAnsi="Segoe UI" w:cs="Segoe UI"/>
              </w:rPr>
            </w:pPr>
          </w:p>
        </w:tc>
      </w:tr>
      <w:tr w:rsidRPr="00C24889" w:rsidR="005F6261" w:rsidTr="352CB182" w14:paraId="7DC81D35" w14:textId="77777777">
        <w:trPr>
          <w:jc w:val="center"/>
        </w:trPr>
        <w:tc>
          <w:tcPr>
            <w:tcW w:w="3600" w:type="dxa"/>
            <w:tcMar>
              <w:top w:w="70" w:type="dxa"/>
              <w:left w:w="90" w:type="dxa"/>
              <w:bottom w:w="70" w:type="dxa"/>
              <w:right w:w="90" w:type="dxa"/>
            </w:tcMar>
            <w:vAlign w:val="center"/>
          </w:tcPr>
          <w:p w:rsidRPr="00C24889" w:rsidR="005F6261" w:rsidRDefault="0011589F" w14:paraId="62F84228" w14:textId="77777777">
            <w:pPr>
              <w:keepLines/>
              <w:spacing w:after="0"/>
              <w:rPr>
                <w:rFonts w:ascii="Segoe UI" w:hAnsi="Segoe UI" w:cs="Segoe UI"/>
              </w:rPr>
            </w:pPr>
            <w:r w:rsidRPr="00C24889">
              <w:rPr>
                <w:rFonts w:ascii="Segoe UI" w:hAnsi="Segoe UI" w:cs="Segoe UI"/>
                <w:sz w:val="17"/>
              </w:rPr>
              <w:t>Carrera</w:t>
            </w:r>
          </w:p>
        </w:tc>
        <w:tc>
          <w:tcPr>
            <w:tcW w:w="6624" w:type="dxa"/>
            <w:tcMar>
              <w:top w:w="70" w:type="dxa"/>
              <w:left w:w="90" w:type="dxa"/>
              <w:bottom w:w="70" w:type="dxa"/>
              <w:right w:w="90" w:type="dxa"/>
            </w:tcMar>
            <w:vAlign w:val="center"/>
          </w:tcPr>
          <w:p w:rsidRPr="00C24889" w:rsidR="005F6261" w:rsidRDefault="005F6261" w14:paraId="690EF489" w14:textId="77777777">
            <w:pPr>
              <w:keepLines/>
              <w:spacing w:after="0"/>
              <w:rPr>
                <w:rFonts w:ascii="Segoe UI" w:hAnsi="Segoe UI" w:cs="Segoe UI"/>
              </w:rPr>
            </w:pPr>
          </w:p>
        </w:tc>
      </w:tr>
      <w:tr w:rsidRPr="00C24889" w:rsidR="005F6261" w:rsidTr="352CB182" w14:paraId="0DF4C765" w14:textId="77777777">
        <w:trPr>
          <w:jc w:val="center"/>
        </w:trPr>
        <w:tc>
          <w:tcPr>
            <w:tcW w:w="3600" w:type="dxa"/>
            <w:tcMar>
              <w:top w:w="70" w:type="dxa"/>
              <w:left w:w="90" w:type="dxa"/>
              <w:bottom w:w="70" w:type="dxa"/>
              <w:right w:w="90" w:type="dxa"/>
            </w:tcMar>
            <w:vAlign w:val="center"/>
          </w:tcPr>
          <w:p w:rsidRPr="00C24889" w:rsidR="005F6261" w:rsidRDefault="0011589F" w14:paraId="01157A9C" w14:textId="77777777">
            <w:pPr>
              <w:keepLines/>
              <w:spacing w:after="0"/>
              <w:rPr>
                <w:rFonts w:ascii="Segoe UI" w:hAnsi="Segoe UI" w:cs="Segoe UI"/>
              </w:rPr>
            </w:pPr>
            <w:r w:rsidRPr="00C24889">
              <w:rPr>
                <w:rFonts w:ascii="Segoe UI" w:hAnsi="Segoe UI" w:cs="Segoe UI"/>
                <w:sz w:val="17"/>
              </w:rPr>
              <w:t>Escuela</w:t>
            </w:r>
          </w:p>
        </w:tc>
        <w:tc>
          <w:tcPr>
            <w:tcW w:w="6624" w:type="dxa"/>
            <w:tcMar>
              <w:top w:w="70" w:type="dxa"/>
              <w:left w:w="90" w:type="dxa"/>
              <w:bottom w:w="70" w:type="dxa"/>
              <w:right w:w="90" w:type="dxa"/>
            </w:tcMar>
            <w:vAlign w:val="center"/>
          </w:tcPr>
          <w:p w:rsidRPr="00C24889" w:rsidR="005F6261" w:rsidRDefault="005F6261" w14:paraId="300D6BFE" w14:textId="77777777">
            <w:pPr>
              <w:keepLines/>
              <w:spacing w:after="0"/>
              <w:rPr>
                <w:rFonts w:ascii="Segoe UI" w:hAnsi="Segoe UI" w:cs="Segoe UI"/>
              </w:rPr>
            </w:pPr>
          </w:p>
        </w:tc>
      </w:tr>
      <w:tr w:rsidRPr="00C24889" w:rsidR="005F6261" w:rsidTr="352CB182" w14:paraId="4B581AB9" w14:textId="77777777">
        <w:trPr>
          <w:jc w:val="center"/>
        </w:trPr>
        <w:tc>
          <w:tcPr>
            <w:tcW w:w="3600" w:type="dxa"/>
            <w:tcMar>
              <w:top w:w="70" w:type="dxa"/>
              <w:left w:w="90" w:type="dxa"/>
              <w:bottom w:w="70" w:type="dxa"/>
              <w:right w:w="90" w:type="dxa"/>
            </w:tcMar>
            <w:vAlign w:val="center"/>
          </w:tcPr>
          <w:p w:rsidRPr="00C24889" w:rsidR="005F6261" w:rsidRDefault="0011589F" w14:paraId="02921DB0" w14:textId="77777777">
            <w:pPr>
              <w:keepLines/>
              <w:spacing w:after="0"/>
              <w:rPr>
                <w:rFonts w:ascii="Segoe UI" w:hAnsi="Segoe UI" w:cs="Segoe UI"/>
              </w:rPr>
            </w:pPr>
            <w:r w:rsidRPr="00C24889">
              <w:rPr>
                <w:rFonts w:ascii="Segoe UI" w:hAnsi="Segoe UI" w:cs="Segoe UI"/>
                <w:sz w:val="17"/>
              </w:rPr>
              <w:t>Jornada</w:t>
            </w:r>
          </w:p>
        </w:tc>
        <w:tc>
          <w:tcPr>
            <w:tcW w:w="6624" w:type="dxa"/>
            <w:tcMar>
              <w:top w:w="70" w:type="dxa"/>
              <w:left w:w="90" w:type="dxa"/>
              <w:bottom w:w="70" w:type="dxa"/>
              <w:right w:w="90" w:type="dxa"/>
            </w:tcMar>
            <w:vAlign w:val="center"/>
          </w:tcPr>
          <w:p w:rsidRPr="00C24889" w:rsidR="005F6261" w:rsidRDefault="0011589F" w14:paraId="3A89964F" w14:textId="77777777">
            <w:pPr>
              <w:keepLines/>
              <w:spacing w:after="0"/>
              <w:rPr>
                <w:rFonts w:ascii="Segoe UI" w:hAnsi="Segoe UI" w:cs="Segoe UI"/>
              </w:rPr>
            </w:pPr>
            <w:r w:rsidRPr="00C24889">
              <w:rPr>
                <w:rFonts w:ascii="Segoe UI Symbol" w:hAnsi="Segoe UI Symbol" w:cs="Segoe UI Symbol"/>
                <w:sz w:val="17"/>
              </w:rPr>
              <w:t>☐</w:t>
            </w:r>
            <w:r w:rsidRPr="00C24889">
              <w:rPr>
                <w:rFonts w:ascii="Segoe UI" w:hAnsi="Segoe UI" w:cs="Segoe UI"/>
                <w:sz w:val="17"/>
              </w:rPr>
              <w:t xml:space="preserve"> Diurna    </w:t>
            </w:r>
            <w:r w:rsidRPr="00C24889">
              <w:rPr>
                <w:rFonts w:ascii="Segoe UI Symbol" w:hAnsi="Segoe UI Symbol" w:cs="Segoe UI Symbol"/>
                <w:sz w:val="17"/>
              </w:rPr>
              <w:t>☐</w:t>
            </w:r>
            <w:r w:rsidRPr="00C24889">
              <w:rPr>
                <w:rFonts w:ascii="Segoe UI" w:hAnsi="Segoe UI" w:cs="Segoe UI"/>
                <w:sz w:val="17"/>
              </w:rPr>
              <w:t xml:space="preserve"> Vespertina    </w:t>
            </w:r>
            <w:r w:rsidRPr="00C24889">
              <w:rPr>
                <w:rFonts w:ascii="Segoe UI Symbol" w:hAnsi="Segoe UI Symbol" w:cs="Segoe UI Symbol"/>
                <w:sz w:val="17"/>
              </w:rPr>
              <w:t>☐</w:t>
            </w:r>
            <w:r w:rsidRPr="00C24889">
              <w:rPr>
                <w:rFonts w:ascii="Segoe UI" w:hAnsi="Segoe UI" w:cs="Segoe UI"/>
                <w:sz w:val="17"/>
              </w:rPr>
              <w:t xml:space="preserve"> Online</w:t>
            </w:r>
          </w:p>
        </w:tc>
      </w:tr>
      <w:tr w:rsidRPr="00C24889" w:rsidR="005F6261" w:rsidTr="352CB182" w14:paraId="65F4DE26" w14:textId="77777777">
        <w:trPr>
          <w:jc w:val="center"/>
        </w:trPr>
        <w:tc>
          <w:tcPr>
            <w:tcW w:w="3600" w:type="dxa"/>
            <w:tcMar>
              <w:top w:w="70" w:type="dxa"/>
              <w:left w:w="90" w:type="dxa"/>
              <w:bottom w:w="70" w:type="dxa"/>
              <w:right w:w="90" w:type="dxa"/>
            </w:tcMar>
            <w:vAlign w:val="center"/>
          </w:tcPr>
          <w:p w:rsidRPr="00C24889" w:rsidR="005F6261" w:rsidRDefault="0011589F" w14:paraId="0E05FEFB" w14:textId="77777777">
            <w:pPr>
              <w:keepLines/>
              <w:spacing w:after="0"/>
              <w:rPr>
                <w:rFonts w:ascii="Segoe UI" w:hAnsi="Segoe UI" w:cs="Segoe UI"/>
              </w:rPr>
            </w:pPr>
            <w:r w:rsidRPr="00C24889">
              <w:rPr>
                <w:rFonts w:ascii="Segoe UI" w:hAnsi="Segoe UI" w:cs="Segoe UI"/>
                <w:sz w:val="17"/>
              </w:rPr>
              <w:t>Semestre académico al que aplica</w:t>
            </w:r>
          </w:p>
        </w:tc>
        <w:tc>
          <w:tcPr>
            <w:tcW w:w="6624" w:type="dxa"/>
            <w:tcMar>
              <w:top w:w="70" w:type="dxa"/>
              <w:left w:w="90" w:type="dxa"/>
              <w:bottom w:w="70" w:type="dxa"/>
              <w:right w:w="90" w:type="dxa"/>
            </w:tcMar>
            <w:vAlign w:val="center"/>
          </w:tcPr>
          <w:p w:rsidRPr="00C24889" w:rsidR="005F6261" w:rsidRDefault="005F6261" w14:paraId="17139982" w14:textId="6BD96CF1">
            <w:pPr>
              <w:keepLines/>
              <w:spacing w:after="0"/>
              <w:rPr>
                <w:rFonts w:ascii="Segoe UI" w:hAnsi="Segoe UI" w:cs="Segoe UI"/>
              </w:rPr>
            </w:pPr>
          </w:p>
        </w:tc>
      </w:tr>
      <w:tr w:rsidRPr="00C24889" w:rsidR="005F6261" w:rsidTr="352CB182" w14:paraId="567045D7" w14:textId="77777777">
        <w:trPr>
          <w:jc w:val="center"/>
        </w:trPr>
        <w:tc>
          <w:tcPr>
            <w:tcW w:w="3600" w:type="dxa"/>
            <w:tcMar>
              <w:top w:w="70" w:type="dxa"/>
              <w:left w:w="90" w:type="dxa"/>
              <w:bottom w:w="70" w:type="dxa"/>
              <w:right w:w="90" w:type="dxa"/>
            </w:tcMar>
            <w:vAlign w:val="center"/>
          </w:tcPr>
          <w:p w:rsidRPr="00C24889" w:rsidR="005F6261" w:rsidRDefault="0011589F" w14:paraId="7DFB5468" w14:textId="77777777">
            <w:pPr>
              <w:keepLines/>
              <w:spacing w:after="0"/>
              <w:rPr>
                <w:rFonts w:ascii="Segoe UI" w:hAnsi="Segoe UI" w:cs="Segoe UI"/>
              </w:rPr>
            </w:pPr>
            <w:r w:rsidRPr="00C24889">
              <w:rPr>
                <w:rFonts w:ascii="Segoe UI" w:hAnsi="Segoe UI" w:cs="Segoe UI"/>
                <w:sz w:val="17"/>
              </w:rPr>
              <w:t>Tipo de solicitud</w:t>
            </w:r>
          </w:p>
        </w:tc>
        <w:tc>
          <w:tcPr>
            <w:tcW w:w="6624" w:type="dxa"/>
            <w:tcMar>
              <w:top w:w="70" w:type="dxa"/>
              <w:left w:w="90" w:type="dxa"/>
              <w:bottom w:w="70" w:type="dxa"/>
              <w:right w:w="90" w:type="dxa"/>
            </w:tcMar>
            <w:vAlign w:val="center"/>
          </w:tcPr>
          <w:p w:rsidRPr="00C24889" w:rsidR="005F6261" w:rsidRDefault="0011589F" w14:paraId="2DE21C9C" w14:textId="77777777">
            <w:pPr>
              <w:keepLines/>
              <w:spacing w:after="0"/>
              <w:rPr>
                <w:rFonts w:ascii="Segoe UI" w:hAnsi="Segoe UI" w:cs="Segoe UI"/>
              </w:rPr>
            </w:pPr>
            <w:r w:rsidRPr="00C24889">
              <w:rPr>
                <w:rFonts w:ascii="Segoe UI Symbol" w:hAnsi="Segoe UI Symbol" w:cs="Segoe UI Symbol"/>
                <w:sz w:val="17"/>
              </w:rPr>
              <w:t>☐</w:t>
            </w:r>
            <w:r w:rsidRPr="00C24889">
              <w:rPr>
                <w:rFonts w:ascii="Segoe UI" w:hAnsi="Segoe UI" w:cs="Segoe UI"/>
                <w:sz w:val="17"/>
              </w:rPr>
              <w:t xml:space="preserve"> Primera vez   </w:t>
            </w:r>
            <w:r w:rsidRPr="00C24889">
              <w:rPr>
                <w:rFonts w:ascii="Segoe UI Symbol" w:hAnsi="Segoe UI Symbol" w:cs="Segoe UI Symbol"/>
                <w:sz w:val="17"/>
              </w:rPr>
              <w:t>☐</w:t>
            </w:r>
            <w:r w:rsidRPr="00C24889">
              <w:rPr>
                <w:rFonts w:ascii="Segoe UI" w:hAnsi="Segoe UI" w:cs="Segoe UI"/>
                <w:sz w:val="17"/>
              </w:rPr>
              <w:t xml:space="preserve"> Renovación</w:t>
            </w:r>
          </w:p>
        </w:tc>
      </w:tr>
      <w:tr w:rsidRPr="00C24889" w:rsidR="005F6261" w:rsidTr="00C24889" w14:paraId="5A75FBC0" w14:textId="77777777">
        <w:trPr>
          <w:trHeight w:val="123"/>
          <w:jc w:val="center"/>
        </w:trPr>
        <w:tc>
          <w:tcPr>
            <w:tcW w:w="3600" w:type="dxa"/>
            <w:tcMar>
              <w:top w:w="70" w:type="dxa"/>
              <w:left w:w="90" w:type="dxa"/>
              <w:bottom w:w="70" w:type="dxa"/>
              <w:right w:w="90" w:type="dxa"/>
            </w:tcMar>
            <w:vAlign w:val="center"/>
          </w:tcPr>
          <w:p w:rsidRPr="00C24889" w:rsidR="005F6261" w:rsidRDefault="0011589F" w14:paraId="2C3439A6" w14:textId="77777777">
            <w:pPr>
              <w:keepLines/>
              <w:spacing w:after="0"/>
              <w:rPr>
                <w:rFonts w:ascii="Segoe UI" w:hAnsi="Segoe UI" w:cs="Segoe UI"/>
              </w:rPr>
            </w:pPr>
            <w:r w:rsidRPr="00C24889">
              <w:rPr>
                <w:rFonts w:ascii="Segoe UI" w:hAnsi="Segoe UI" w:cs="Segoe UI"/>
                <w:sz w:val="17"/>
              </w:rPr>
              <w:t>N.° de carta de respuesta o resolución anterior, si corresponde</w:t>
            </w:r>
          </w:p>
        </w:tc>
        <w:tc>
          <w:tcPr>
            <w:tcW w:w="6624" w:type="dxa"/>
            <w:tcMar>
              <w:top w:w="70" w:type="dxa"/>
              <w:left w:w="90" w:type="dxa"/>
              <w:bottom w:w="70" w:type="dxa"/>
              <w:right w:w="90" w:type="dxa"/>
            </w:tcMar>
            <w:vAlign w:val="center"/>
          </w:tcPr>
          <w:p w:rsidRPr="00C24889" w:rsidR="005F6261" w:rsidRDefault="0011589F" w14:paraId="6A946866" w14:textId="18348CCC">
            <w:pPr>
              <w:keepLines/>
              <w:spacing w:after="0"/>
              <w:rPr>
                <w:rFonts w:ascii="Segoe UI" w:hAnsi="Segoe UI" w:cs="Segoe UI"/>
              </w:rPr>
            </w:pPr>
            <w:r w:rsidRPr="00C24889">
              <w:rPr>
                <w:rFonts w:ascii="Segoe UI" w:hAnsi="Segoe UI" w:cs="Segoe UI"/>
                <w:sz w:val="17"/>
              </w:rPr>
              <w:t xml:space="preserve">N.° __________   </w:t>
            </w:r>
          </w:p>
        </w:tc>
      </w:tr>
    </w:tbl>
    <w:tbl>
      <w:tblPr>
        <w:tblW w:w="0" w:type="auto"/>
        <w:jc w:val="center"/>
        <w:tblLook w:val="04A0" w:firstRow="1" w:lastRow="0" w:firstColumn="1" w:lastColumn="0" w:noHBand="0" w:noVBand="1"/>
      </w:tblPr>
      <w:tblGrid>
        <w:gridCol w:w="10368"/>
      </w:tblGrid>
      <w:tr w:rsidRPr="00C24889" w:rsidR="005F6261" w:rsidTr="352CB182" w14:paraId="10931D14" w14:textId="77777777">
        <w:trPr>
          <w:jc w:val="center"/>
        </w:trPr>
        <w:tc>
          <w:tcPr>
            <w:tcW w:w="10368" w:type="dxa"/>
            <w:shd w:val="clear" w:color="auto" w:fill="EAF4FB"/>
            <w:tcMar>
              <w:top w:w="90" w:type="dxa"/>
              <w:left w:w="110" w:type="dxa"/>
              <w:bottom w:w="90" w:type="dxa"/>
              <w:right w:w="110" w:type="dxa"/>
            </w:tcMar>
          </w:tcPr>
          <w:p w:rsidRPr="00C24889" w:rsidR="005F6261" w:rsidP="00C24889" w:rsidRDefault="0011589F" w14:paraId="7B47E7C3" w14:textId="77777777">
            <w:pPr>
              <w:keepLines/>
              <w:spacing w:after="0"/>
              <w:jc w:val="both"/>
              <w:rPr>
                <w:rFonts w:ascii="Segoe UI" w:hAnsi="Segoe UI" w:cs="Segoe UI"/>
              </w:rPr>
            </w:pPr>
            <w:r w:rsidRPr="00C24889">
              <w:rPr>
                <w:rFonts w:ascii="Segoe UI" w:hAnsi="Segoe UI" w:cs="Segoe UI"/>
                <w:b/>
                <w:bCs/>
                <w:color w:val="263238"/>
                <w:sz w:val="17"/>
                <w:szCs w:val="17"/>
              </w:rPr>
              <w:t xml:space="preserve">Renovación: </w:t>
            </w:r>
            <w:r w:rsidRPr="00C24889">
              <w:rPr>
                <w:rFonts w:ascii="Segoe UI" w:hAnsi="Segoe UI" w:cs="Segoe UI"/>
                <w:sz w:val="17"/>
                <w:szCs w:val="17"/>
              </w:rPr>
              <w:t>Los mecanismos de acceso y servicios básicos de infraestructura, ingreso con acompañante autorizado y adecuaciones menores deben renovarse cada semestre, ya que las asignaturas, docentes y contextos de estudio pueden cambiar.</w:t>
            </w:r>
          </w:p>
        </w:tc>
      </w:tr>
    </w:tbl>
    <w:p w:rsidRPr="00C24889" w:rsidR="005F6261" w:rsidRDefault="005F6261" w14:paraId="76CF37D8" w14:textId="77777777">
      <w:pPr>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14:paraId="001A38E5" w14:textId="77777777">
        <w:trPr>
          <w:jc w:val="center"/>
        </w:trPr>
        <w:tc>
          <w:tcPr>
            <w:tcW w:w="10368" w:type="dxa"/>
            <w:shd w:val="clear" w:color="auto" w:fill="005A9C"/>
            <w:tcMar>
              <w:top w:w="80" w:type="dxa"/>
              <w:left w:w="110" w:type="dxa"/>
              <w:bottom w:w="80" w:type="dxa"/>
              <w:right w:w="110" w:type="dxa"/>
            </w:tcMar>
          </w:tcPr>
          <w:p w:rsidRPr="00C24889" w:rsidR="005F6261" w:rsidRDefault="0011589F" w14:paraId="069E406D" w14:textId="77777777">
            <w:pPr>
              <w:keepNext/>
              <w:keepLines/>
              <w:spacing w:after="0"/>
              <w:rPr>
                <w:rFonts w:ascii="Segoe UI" w:hAnsi="Segoe UI" w:cs="Segoe UI"/>
              </w:rPr>
            </w:pPr>
            <w:r w:rsidRPr="00C24889">
              <w:rPr>
                <w:rFonts w:ascii="Segoe UI" w:hAnsi="Segoe UI" w:cs="Segoe UI"/>
                <w:b/>
                <w:color w:val="FFFFFF"/>
                <w:sz w:val="22"/>
              </w:rPr>
              <w:t>2. DATOS DE LA PERSONA ESTUDIANTE</w:t>
            </w:r>
          </w:p>
        </w:tc>
      </w:tr>
    </w:tbl>
    <w:p w:rsidRPr="00C24889" w:rsidR="005F6261" w:rsidRDefault="005F6261" w14:paraId="09054B83" w14:textId="77777777">
      <w:pPr>
        <w:keepNext/>
        <w:spacing w:after="0"/>
        <w:rPr>
          <w:rFonts w:ascii="Segoe UI" w:hAnsi="Segoe UI" w:cs="Segoe UI"/>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00"/>
        <w:gridCol w:w="6624"/>
      </w:tblGrid>
      <w:tr w:rsidRPr="00C24889" w:rsidR="005F6261" w:rsidTr="352CB182" w14:paraId="27826FB4" w14:textId="77777777">
        <w:trPr>
          <w:tblHeader/>
          <w:jc w:val="center"/>
        </w:trPr>
        <w:tc>
          <w:tcPr>
            <w:tcW w:w="3600" w:type="dxa"/>
            <w:shd w:val="clear" w:color="auto" w:fill="005A9C"/>
            <w:tcMar>
              <w:top w:w="70" w:type="dxa"/>
              <w:left w:w="90" w:type="dxa"/>
              <w:bottom w:w="70" w:type="dxa"/>
              <w:right w:w="90" w:type="dxa"/>
            </w:tcMar>
            <w:vAlign w:val="center"/>
          </w:tcPr>
          <w:p w:rsidRPr="00C24889" w:rsidR="005F6261" w:rsidRDefault="0011589F" w14:paraId="2B2E9B69" w14:textId="77777777">
            <w:pPr>
              <w:keepLines/>
              <w:spacing w:after="0"/>
              <w:rPr>
                <w:rFonts w:ascii="Segoe UI" w:hAnsi="Segoe UI" w:cs="Segoe UI"/>
              </w:rPr>
            </w:pPr>
            <w:r w:rsidRPr="00C24889">
              <w:rPr>
                <w:rFonts w:ascii="Segoe UI" w:hAnsi="Segoe UI" w:cs="Segoe UI"/>
                <w:color w:val="FFFFFF"/>
                <w:sz w:val="17"/>
              </w:rPr>
              <w:t>Campo</w:t>
            </w:r>
          </w:p>
        </w:tc>
        <w:tc>
          <w:tcPr>
            <w:tcW w:w="6624" w:type="dxa"/>
            <w:shd w:val="clear" w:color="auto" w:fill="005A9C"/>
            <w:tcMar>
              <w:top w:w="70" w:type="dxa"/>
              <w:left w:w="90" w:type="dxa"/>
              <w:bottom w:w="70" w:type="dxa"/>
              <w:right w:w="90" w:type="dxa"/>
            </w:tcMar>
            <w:vAlign w:val="center"/>
          </w:tcPr>
          <w:p w:rsidRPr="00C24889" w:rsidR="005F6261" w:rsidRDefault="0011589F" w14:paraId="360CE38D" w14:textId="77777777">
            <w:pPr>
              <w:keepLines/>
              <w:spacing w:after="0"/>
              <w:rPr>
                <w:rFonts w:ascii="Segoe UI" w:hAnsi="Segoe UI" w:cs="Segoe UI"/>
              </w:rPr>
            </w:pPr>
            <w:r w:rsidRPr="00C24889">
              <w:rPr>
                <w:rFonts w:ascii="Segoe UI" w:hAnsi="Segoe UI" w:cs="Segoe UI"/>
                <w:color w:val="FFFFFF"/>
                <w:sz w:val="17"/>
              </w:rPr>
              <w:t>Completar</w:t>
            </w:r>
          </w:p>
        </w:tc>
      </w:tr>
      <w:tr w:rsidRPr="00C24889" w:rsidR="005F6261" w:rsidTr="352CB182" w14:paraId="68FEE294" w14:textId="77777777">
        <w:trPr>
          <w:jc w:val="center"/>
        </w:trPr>
        <w:tc>
          <w:tcPr>
            <w:tcW w:w="3600" w:type="dxa"/>
            <w:tcMar>
              <w:top w:w="70" w:type="dxa"/>
              <w:left w:w="90" w:type="dxa"/>
              <w:bottom w:w="70" w:type="dxa"/>
              <w:right w:w="90" w:type="dxa"/>
            </w:tcMar>
            <w:vAlign w:val="center"/>
          </w:tcPr>
          <w:p w:rsidRPr="00C24889" w:rsidR="005F6261" w:rsidRDefault="0011589F" w14:paraId="52041585" w14:textId="77777777">
            <w:pPr>
              <w:keepLines/>
              <w:spacing w:after="0"/>
              <w:rPr>
                <w:rFonts w:ascii="Segoe UI" w:hAnsi="Segoe UI" w:cs="Segoe UI"/>
              </w:rPr>
            </w:pPr>
            <w:r w:rsidRPr="00C24889">
              <w:rPr>
                <w:rFonts w:ascii="Segoe UI" w:hAnsi="Segoe UI" w:cs="Segoe UI"/>
                <w:sz w:val="17"/>
              </w:rPr>
              <w:t>Nombre completo</w:t>
            </w:r>
          </w:p>
        </w:tc>
        <w:tc>
          <w:tcPr>
            <w:tcW w:w="6624" w:type="dxa"/>
            <w:tcMar>
              <w:top w:w="70" w:type="dxa"/>
              <w:left w:w="90" w:type="dxa"/>
              <w:bottom w:w="70" w:type="dxa"/>
              <w:right w:w="90" w:type="dxa"/>
            </w:tcMar>
            <w:vAlign w:val="center"/>
          </w:tcPr>
          <w:p w:rsidRPr="00C24889" w:rsidR="005F6261" w:rsidRDefault="005F6261" w14:paraId="01BA73F3" w14:textId="77777777">
            <w:pPr>
              <w:keepLines/>
              <w:spacing w:after="0"/>
              <w:rPr>
                <w:rFonts w:ascii="Segoe UI" w:hAnsi="Segoe UI" w:cs="Segoe UI"/>
              </w:rPr>
            </w:pPr>
          </w:p>
        </w:tc>
      </w:tr>
      <w:tr w:rsidRPr="00C24889" w:rsidR="005F6261" w:rsidTr="352CB182" w14:paraId="40BEDDC9" w14:textId="77777777">
        <w:trPr>
          <w:jc w:val="center"/>
        </w:trPr>
        <w:tc>
          <w:tcPr>
            <w:tcW w:w="3600" w:type="dxa"/>
            <w:tcMar>
              <w:top w:w="70" w:type="dxa"/>
              <w:left w:w="90" w:type="dxa"/>
              <w:bottom w:w="70" w:type="dxa"/>
              <w:right w:w="90" w:type="dxa"/>
            </w:tcMar>
            <w:vAlign w:val="center"/>
          </w:tcPr>
          <w:p w:rsidRPr="00C24889" w:rsidR="005F6261" w:rsidRDefault="0011589F" w14:paraId="1547358A" w14:textId="77777777">
            <w:pPr>
              <w:keepLines/>
              <w:spacing w:after="0"/>
              <w:rPr>
                <w:rFonts w:ascii="Segoe UI" w:hAnsi="Segoe UI" w:cs="Segoe UI"/>
              </w:rPr>
            </w:pPr>
            <w:r w:rsidRPr="00C24889">
              <w:rPr>
                <w:rFonts w:ascii="Segoe UI" w:hAnsi="Segoe UI" w:cs="Segoe UI"/>
                <w:sz w:val="17"/>
              </w:rPr>
              <w:t>RUT o identificación</w:t>
            </w:r>
          </w:p>
        </w:tc>
        <w:tc>
          <w:tcPr>
            <w:tcW w:w="6624" w:type="dxa"/>
            <w:tcMar>
              <w:top w:w="70" w:type="dxa"/>
              <w:left w:w="90" w:type="dxa"/>
              <w:bottom w:w="70" w:type="dxa"/>
              <w:right w:w="90" w:type="dxa"/>
            </w:tcMar>
            <w:vAlign w:val="center"/>
          </w:tcPr>
          <w:p w:rsidRPr="00C24889" w:rsidR="005F6261" w:rsidRDefault="005F6261" w14:paraId="67DDBD95" w14:textId="77777777">
            <w:pPr>
              <w:keepLines/>
              <w:spacing w:after="0"/>
              <w:rPr>
                <w:rFonts w:ascii="Segoe UI" w:hAnsi="Segoe UI" w:cs="Segoe UI"/>
              </w:rPr>
            </w:pPr>
          </w:p>
        </w:tc>
      </w:tr>
      <w:tr w:rsidRPr="00C24889" w:rsidR="005F6261" w:rsidTr="352CB182" w14:paraId="2C61B0E6" w14:textId="77777777">
        <w:trPr>
          <w:jc w:val="center"/>
        </w:trPr>
        <w:tc>
          <w:tcPr>
            <w:tcW w:w="3600" w:type="dxa"/>
            <w:tcMar>
              <w:top w:w="70" w:type="dxa"/>
              <w:left w:w="90" w:type="dxa"/>
              <w:bottom w:w="70" w:type="dxa"/>
              <w:right w:w="90" w:type="dxa"/>
            </w:tcMar>
            <w:vAlign w:val="center"/>
          </w:tcPr>
          <w:p w:rsidRPr="00C24889" w:rsidR="005F6261" w:rsidRDefault="0011589F" w14:paraId="754F4DFE" w14:textId="77777777">
            <w:pPr>
              <w:keepLines/>
              <w:spacing w:after="0"/>
              <w:rPr>
                <w:rFonts w:ascii="Segoe UI" w:hAnsi="Segoe UI" w:cs="Segoe UI"/>
              </w:rPr>
            </w:pPr>
            <w:r w:rsidRPr="00C24889">
              <w:rPr>
                <w:rFonts w:ascii="Segoe UI" w:hAnsi="Segoe UI" w:cs="Segoe UI"/>
                <w:sz w:val="17"/>
              </w:rPr>
              <w:t>Correo institucional</w:t>
            </w:r>
          </w:p>
        </w:tc>
        <w:tc>
          <w:tcPr>
            <w:tcW w:w="6624" w:type="dxa"/>
            <w:tcMar>
              <w:top w:w="70" w:type="dxa"/>
              <w:left w:w="90" w:type="dxa"/>
              <w:bottom w:w="70" w:type="dxa"/>
              <w:right w:w="90" w:type="dxa"/>
            </w:tcMar>
            <w:vAlign w:val="center"/>
          </w:tcPr>
          <w:p w:rsidRPr="00C24889" w:rsidR="005F6261" w:rsidRDefault="005F6261" w14:paraId="7E7011A4" w14:textId="77777777">
            <w:pPr>
              <w:keepLines/>
              <w:spacing w:after="0"/>
              <w:rPr>
                <w:rFonts w:ascii="Segoe UI" w:hAnsi="Segoe UI" w:cs="Segoe UI"/>
              </w:rPr>
            </w:pPr>
          </w:p>
        </w:tc>
      </w:tr>
      <w:tr w:rsidRPr="00C24889" w:rsidR="005F6261" w:rsidTr="352CB182" w14:paraId="0A9E3E6A" w14:textId="77777777">
        <w:trPr>
          <w:jc w:val="center"/>
        </w:trPr>
        <w:tc>
          <w:tcPr>
            <w:tcW w:w="3600" w:type="dxa"/>
            <w:tcMar>
              <w:top w:w="70" w:type="dxa"/>
              <w:left w:w="90" w:type="dxa"/>
              <w:bottom w:w="70" w:type="dxa"/>
              <w:right w:w="90" w:type="dxa"/>
            </w:tcMar>
            <w:vAlign w:val="center"/>
          </w:tcPr>
          <w:p w:rsidRPr="00C24889" w:rsidR="005F6261" w:rsidRDefault="0011589F" w14:paraId="3ACC25D2" w14:textId="0EBC0442">
            <w:pPr>
              <w:keepLines/>
              <w:spacing w:after="0"/>
              <w:rPr>
                <w:rFonts w:ascii="Segoe UI" w:hAnsi="Segoe UI" w:cs="Segoe UI"/>
              </w:rPr>
            </w:pPr>
            <w:r w:rsidRPr="00C24889">
              <w:rPr>
                <w:rFonts w:ascii="Segoe UI" w:hAnsi="Segoe UI" w:cs="Segoe UI"/>
                <w:sz w:val="17"/>
              </w:rPr>
              <w:t>Correo personal</w:t>
            </w:r>
            <w:r w:rsidR="00C24889">
              <w:rPr>
                <w:rFonts w:ascii="Segoe UI" w:hAnsi="Segoe UI" w:cs="Segoe UI"/>
                <w:sz w:val="17"/>
              </w:rPr>
              <w:t>, si aplica</w:t>
            </w:r>
          </w:p>
        </w:tc>
        <w:tc>
          <w:tcPr>
            <w:tcW w:w="6624" w:type="dxa"/>
            <w:tcMar>
              <w:top w:w="70" w:type="dxa"/>
              <w:left w:w="90" w:type="dxa"/>
              <w:bottom w:w="70" w:type="dxa"/>
              <w:right w:w="90" w:type="dxa"/>
            </w:tcMar>
            <w:vAlign w:val="center"/>
          </w:tcPr>
          <w:p w:rsidRPr="00C24889" w:rsidR="005F6261" w:rsidRDefault="005F6261" w14:paraId="44D3C0F5" w14:textId="77777777">
            <w:pPr>
              <w:keepLines/>
              <w:spacing w:after="0"/>
              <w:rPr>
                <w:rFonts w:ascii="Segoe UI" w:hAnsi="Segoe UI" w:cs="Segoe UI"/>
              </w:rPr>
            </w:pPr>
          </w:p>
        </w:tc>
      </w:tr>
      <w:tr w:rsidRPr="00C24889" w:rsidR="005F6261" w:rsidTr="352CB182" w14:paraId="51207E03" w14:textId="77777777">
        <w:trPr>
          <w:jc w:val="center"/>
        </w:trPr>
        <w:tc>
          <w:tcPr>
            <w:tcW w:w="3600" w:type="dxa"/>
            <w:tcMar>
              <w:top w:w="70" w:type="dxa"/>
              <w:left w:w="90" w:type="dxa"/>
              <w:bottom w:w="70" w:type="dxa"/>
              <w:right w:w="90" w:type="dxa"/>
            </w:tcMar>
            <w:vAlign w:val="center"/>
          </w:tcPr>
          <w:p w:rsidRPr="00C24889" w:rsidR="005F6261" w:rsidRDefault="0011589F" w14:paraId="73CD1FF4" w14:textId="77777777">
            <w:pPr>
              <w:keepLines/>
              <w:spacing w:after="0"/>
              <w:rPr>
                <w:rFonts w:ascii="Segoe UI" w:hAnsi="Segoe UI" w:cs="Segoe UI"/>
              </w:rPr>
            </w:pPr>
            <w:r w:rsidRPr="00C24889">
              <w:rPr>
                <w:rFonts w:ascii="Segoe UI" w:hAnsi="Segoe UI" w:cs="Segoe UI"/>
                <w:sz w:val="17"/>
              </w:rPr>
              <w:t>Teléfono de contacto</w:t>
            </w:r>
          </w:p>
        </w:tc>
        <w:tc>
          <w:tcPr>
            <w:tcW w:w="6624" w:type="dxa"/>
            <w:tcMar>
              <w:top w:w="70" w:type="dxa"/>
              <w:left w:w="90" w:type="dxa"/>
              <w:bottom w:w="70" w:type="dxa"/>
              <w:right w:w="90" w:type="dxa"/>
            </w:tcMar>
            <w:vAlign w:val="center"/>
          </w:tcPr>
          <w:p w:rsidRPr="00C24889" w:rsidR="005F6261" w:rsidRDefault="005F6261" w14:paraId="1F4FBD5E" w14:textId="77777777">
            <w:pPr>
              <w:keepLines/>
              <w:spacing w:after="0"/>
              <w:rPr>
                <w:rFonts w:ascii="Segoe UI" w:hAnsi="Segoe UI" w:cs="Segoe UI"/>
              </w:rPr>
            </w:pPr>
          </w:p>
        </w:tc>
      </w:tr>
      <w:tr w:rsidRPr="00C24889" w:rsidR="005F6261" w:rsidTr="352CB182" w14:paraId="348C178C" w14:textId="77777777">
        <w:trPr>
          <w:jc w:val="center"/>
        </w:trPr>
        <w:tc>
          <w:tcPr>
            <w:tcW w:w="3600" w:type="dxa"/>
            <w:tcMar>
              <w:top w:w="70" w:type="dxa"/>
              <w:left w:w="90" w:type="dxa"/>
              <w:bottom w:w="70" w:type="dxa"/>
              <w:right w:w="90" w:type="dxa"/>
            </w:tcMar>
            <w:vAlign w:val="center"/>
          </w:tcPr>
          <w:p w:rsidRPr="00C24889" w:rsidR="005F6261" w:rsidRDefault="0011589F" w14:paraId="668F2223" w14:textId="77777777">
            <w:pPr>
              <w:keepLines/>
              <w:spacing w:after="0"/>
              <w:rPr>
                <w:rFonts w:ascii="Segoe UI" w:hAnsi="Segoe UI" w:cs="Segoe UI"/>
              </w:rPr>
            </w:pPr>
            <w:r w:rsidRPr="00C24889">
              <w:rPr>
                <w:rFonts w:ascii="Segoe UI" w:hAnsi="Segoe UI" w:cs="Segoe UI"/>
                <w:sz w:val="17"/>
              </w:rPr>
              <w:t>Semestre o nivel que cursa</w:t>
            </w:r>
          </w:p>
        </w:tc>
        <w:tc>
          <w:tcPr>
            <w:tcW w:w="6624" w:type="dxa"/>
            <w:tcMar>
              <w:top w:w="70" w:type="dxa"/>
              <w:left w:w="90" w:type="dxa"/>
              <w:bottom w:w="70" w:type="dxa"/>
              <w:right w:w="90" w:type="dxa"/>
            </w:tcMar>
            <w:vAlign w:val="center"/>
          </w:tcPr>
          <w:p w:rsidRPr="00C24889" w:rsidR="005F6261" w:rsidRDefault="005F6261" w14:paraId="1C1D8BE2" w14:textId="77777777">
            <w:pPr>
              <w:keepLines/>
              <w:spacing w:after="0"/>
              <w:rPr>
                <w:rFonts w:ascii="Segoe UI" w:hAnsi="Segoe UI" w:cs="Segoe UI"/>
              </w:rPr>
            </w:pPr>
          </w:p>
        </w:tc>
      </w:tr>
      <w:tr w:rsidRPr="00C24889" w:rsidR="005F6261" w:rsidTr="352CB182" w14:paraId="16925180" w14:textId="77777777">
        <w:trPr>
          <w:jc w:val="center"/>
        </w:trPr>
        <w:tc>
          <w:tcPr>
            <w:tcW w:w="3600" w:type="dxa"/>
            <w:tcMar>
              <w:top w:w="70" w:type="dxa"/>
              <w:left w:w="90" w:type="dxa"/>
              <w:bottom w:w="70" w:type="dxa"/>
              <w:right w:w="90" w:type="dxa"/>
            </w:tcMar>
            <w:vAlign w:val="center"/>
          </w:tcPr>
          <w:p w:rsidRPr="00C24889" w:rsidR="005F6261" w:rsidRDefault="0011589F" w14:paraId="7D702368" w14:textId="77777777">
            <w:pPr>
              <w:keepLines/>
              <w:spacing w:after="0"/>
              <w:rPr>
                <w:rFonts w:ascii="Segoe UI" w:hAnsi="Segoe UI" w:cs="Segoe UI"/>
              </w:rPr>
            </w:pPr>
            <w:r w:rsidRPr="00C24889">
              <w:rPr>
                <w:rFonts w:ascii="Segoe UI" w:hAnsi="Segoe UI" w:cs="Segoe UI"/>
                <w:sz w:val="17"/>
              </w:rPr>
              <w:t>Calidad de Alumno/a Regular</w:t>
            </w:r>
          </w:p>
        </w:tc>
        <w:tc>
          <w:tcPr>
            <w:tcW w:w="6624" w:type="dxa"/>
            <w:tcMar>
              <w:top w:w="70" w:type="dxa"/>
              <w:left w:w="90" w:type="dxa"/>
              <w:bottom w:w="70" w:type="dxa"/>
              <w:right w:w="90" w:type="dxa"/>
            </w:tcMar>
            <w:vAlign w:val="center"/>
          </w:tcPr>
          <w:p w:rsidRPr="00C24889" w:rsidR="005F6261" w:rsidRDefault="0011589F" w14:paraId="520B4CE8" w14:textId="77777777">
            <w:pPr>
              <w:keepLines/>
              <w:spacing w:after="0"/>
              <w:rPr>
                <w:rFonts w:ascii="Segoe UI" w:hAnsi="Segoe UI" w:cs="Segoe UI"/>
              </w:rPr>
            </w:pPr>
            <w:r w:rsidRPr="00C24889">
              <w:rPr>
                <w:rFonts w:ascii="Segoe UI Symbol" w:hAnsi="Segoe UI Symbol" w:cs="Segoe UI Symbol"/>
                <w:sz w:val="17"/>
              </w:rPr>
              <w:t>☐</w:t>
            </w:r>
            <w:r w:rsidRPr="00C24889">
              <w:rPr>
                <w:rFonts w:ascii="Segoe UI" w:hAnsi="Segoe UI" w:cs="Segoe UI"/>
                <w:sz w:val="17"/>
              </w:rPr>
              <w:t xml:space="preserve"> Sí   </w:t>
            </w:r>
            <w:r w:rsidRPr="00C24889">
              <w:rPr>
                <w:rFonts w:ascii="Segoe UI Symbol" w:hAnsi="Segoe UI Symbol" w:cs="Segoe UI Symbol"/>
                <w:sz w:val="17"/>
              </w:rPr>
              <w:t>☐</w:t>
            </w:r>
            <w:r w:rsidRPr="00C24889">
              <w:rPr>
                <w:rFonts w:ascii="Segoe UI" w:hAnsi="Segoe UI" w:cs="Segoe UI"/>
                <w:sz w:val="17"/>
              </w:rPr>
              <w:t xml:space="preserve"> No</w:t>
            </w:r>
          </w:p>
        </w:tc>
      </w:tr>
    </w:tbl>
    <w:p w:rsidRPr="00C24889" w:rsidR="005F6261" w:rsidRDefault="005F6261" w14:paraId="064D6096" w14:textId="77777777">
      <w:pPr>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14:paraId="64FF5578" w14:textId="77777777">
        <w:trPr>
          <w:jc w:val="center"/>
        </w:trPr>
        <w:tc>
          <w:tcPr>
            <w:tcW w:w="10368" w:type="dxa"/>
            <w:shd w:val="clear" w:color="auto" w:fill="005A9C"/>
            <w:tcMar>
              <w:top w:w="80" w:type="dxa"/>
              <w:left w:w="110" w:type="dxa"/>
              <w:bottom w:w="80" w:type="dxa"/>
              <w:right w:w="110" w:type="dxa"/>
            </w:tcMar>
          </w:tcPr>
          <w:p w:rsidRPr="00C24889" w:rsidR="005F6261" w:rsidRDefault="0011589F" w14:paraId="617F2019" w14:textId="77777777">
            <w:pPr>
              <w:keepNext/>
              <w:keepLines/>
              <w:spacing w:after="0"/>
              <w:rPr>
                <w:rFonts w:ascii="Segoe UI" w:hAnsi="Segoe UI" w:cs="Segoe UI"/>
              </w:rPr>
            </w:pPr>
            <w:r w:rsidRPr="00C24889">
              <w:rPr>
                <w:rFonts w:ascii="Segoe UI" w:hAnsi="Segoe UI" w:cs="Segoe UI"/>
                <w:b/>
                <w:color w:val="FFFFFF"/>
                <w:sz w:val="22"/>
              </w:rPr>
              <w:t>3. CONDICIÓN DECLARADA</w:t>
            </w:r>
          </w:p>
        </w:tc>
      </w:tr>
    </w:tbl>
    <w:p w:rsidRPr="00C24889" w:rsidR="005F6261" w:rsidRDefault="005F6261" w14:paraId="327EB622" w14:textId="77777777">
      <w:pPr>
        <w:keepNext/>
        <w:spacing w:after="0"/>
        <w:rPr>
          <w:rFonts w:ascii="Segoe UI" w:hAnsi="Segoe UI" w:cs="Segoe UI"/>
        </w:rPr>
      </w:pPr>
    </w:p>
    <w:p w:rsidRPr="00C24889" w:rsidR="005F6261" w:rsidRDefault="0011589F" w14:paraId="421E1283" w14:textId="77777777">
      <w:pPr>
        <w:rPr>
          <w:rFonts w:ascii="Segoe UI" w:hAnsi="Segoe UI" w:cs="Segoe UI"/>
        </w:rPr>
      </w:pPr>
      <w:r w:rsidRPr="00C24889">
        <w:rPr>
          <w:rFonts w:ascii="Segoe UI" w:hAnsi="Segoe UI" w:cs="Segoe UI"/>
          <w:b/>
        </w:rPr>
        <w:t>Marque la o las condiciones que correspondan:</w:t>
      </w:r>
    </w:p>
    <w:p w:rsidRPr="00C24889" w:rsidR="005F6261" w:rsidRDefault="0011589F" w14:paraId="16B91577"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Discapacidad mental intelectual.</w:t>
      </w:r>
    </w:p>
    <w:p w:rsidRPr="00C24889" w:rsidR="005F6261" w:rsidRDefault="0011589F" w14:paraId="557942F5"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Discapacidad física.</w:t>
      </w:r>
    </w:p>
    <w:p w:rsidRPr="00C24889" w:rsidR="005F6261" w:rsidRDefault="0011589F" w14:paraId="280A8AD8"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Diversidad neurológica.</w:t>
      </w:r>
    </w:p>
    <w:p w:rsidRPr="00C24889" w:rsidR="005F6261" w:rsidRDefault="0011589F" w14:paraId="377D5224"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Discapacidad sensorial auditiva.</w:t>
      </w:r>
    </w:p>
    <w:p w:rsidRPr="00C24889" w:rsidR="005F6261" w:rsidRDefault="0011589F" w14:paraId="5DC50877"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Discapacidad sensorial visual.</w:t>
      </w:r>
    </w:p>
    <w:p w:rsidRPr="00C24889" w:rsidR="005F6261" w:rsidRDefault="0011589F" w14:paraId="6AE2B1D1"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Afección psiquiátrica.</w:t>
      </w:r>
    </w:p>
    <w:p w:rsidRPr="00C24889" w:rsidR="005F6261" w:rsidRDefault="0011589F" w14:paraId="15CC910B"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Persona en el espectro autista.</w:t>
      </w:r>
    </w:p>
    <w:p w:rsidRPr="00C24889" w:rsidR="005F6261" w:rsidRDefault="0011589F" w14:paraId="63E51F0C"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Discapacidad mental psíquica.</w:t>
      </w:r>
    </w:p>
    <w:p w:rsidRPr="00C24889" w:rsidR="005F6261" w:rsidRDefault="0011589F" w14:paraId="67E4F735"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Discapacidad visceral.</w:t>
      </w:r>
    </w:p>
    <w:tbl>
      <w:tblPr>
        <w:tblW w:w="0" w:type="auto"/>
        <w:jc w:val="center"/>
        <w:tblLook w:val="04A0" w:firstRow="1" w:lastRow="0" w:firstColumn="1" w:lastColumn="0" w:noHBand="0" w:noVBand="1"/>
      </w:tblPr>
      <w:tblGrid>
        <w:gridCol w:w="10368"/>
      </w:tblGrid>
      <w:tr w:rsidRPr="00C24889" w:rsidR="005F6261" w:rsidTr="352CB182" w14:paraId="7236A678" w14:textId="77777777">
        <w:trPr>
          <w:jc w:val="center"/>
        </w:trPr>
        <w:tc>
          <w:tcPr>
            <w:tcW w:w="10368" w:type="dxa"/>
            <w:shd w:val="clear" w:color="auto" w:fill="EAF4FB"/>
            <w:tcMar>
              <w:top w:w="90" w:type="dxa"/>
              <w:left w:w="110" w:type="dxa"/>
              <w:bottom w:w="90" w:type="dxa"/>
              <w:right w:w="110" w:type="dxa"/>
            </w:tcMar>
          </w:tcPr>
          <w:p w:rsidRPr="00C24889" w:rsidR="005F6261" w:rsidP="352CB182" w:rsidRDefault="0011589F" w14:paraId="55ECA304" w14:textId="77777777">
            <w:pPr>
              <w:keepLines/>
              <w:spacing w:after="0"/>
              <w:jc w:val="both"/>
              <w:rPr>
                <w:rFonts w:ascii="Segoe UI" w:hAnsi="Segoe UI" w:cs="Segoe UI"/>
              </w:rPr>
            </w:pPr>
            <w:r w:rsidRPr="00C24889">
              <w:rPr>
                <w:rFonts w:ascii="Segoe UI" w:hAnsi="Segoe UI" w:cs="Segoe UI"/>
                <w:b/>
                <w:bCs/>
                <w:color w:val="263238"/>
                <w:sz w:val="17"/>
                <w:szCs w:val="17"/>
              </w:rPr>
              <w:t xml:space="preserve">Aclaración: </w:t>
            </w:r>
            <w:r w:rsidRPr="00C24889">
              <w:rPr>
                <w:rFonts w:ascii="Segoe UI" w:hAnsi="Segoe UI" w:cs="Segoe UI"/>
                <w:sz w:val="17"/>
                <w:szCs w:val="17"/>
              </w:rPr>
              <w:t>Si presenta afección psiquiátrica, no aplica el mecanismo de adecuaciones menores, ya que estas condiciones suelen requerir acompañamiento terapéutico o psicosocial individualizado a través del médico tratante. Si declara una discapacidad de grado global severo o profundo (más de 50%), la Unidad de Prevención, Género y Diversidades podrá contactarle para una entrevista orientadora, según las Normas para el cumplimiento de los Lineamientos.</w:t>
            </w:r>
          </w:p>
        </w:tc>
      </w:tr>
    </w:tbl>
    <w:p w:rsidRPr="00C24889" w:rsidR="005F6261" w:rsidRDefault="005F6261" w14:paraId="359D3784" w14:textId="77777777">
      <w:pPr>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14:paraId="7DE90C97" w14:textId="77777777">
        <w:trPr>
          <w:jc w:val="center"/>
        </w:trPr>
        <w:tc>
          <w:tcPr>
            <w:tcW w:w="10368" w:type="dxa"/>
            <w:shd w:val="clear" w:color="auto" w:fill="005A9C"/>
            <w:tcMar>
              <w:top w:w="80" w:type="dxa"/>
              <w:left w:w="110" w:type="dxa"/>
              <w:bottom w:w="80" w:type="dxa"/>
              <w:right w:w="110" w:type="dxa"/>
            </w:tcMar>
          </w:tcPr>
          <w:p w:rsidRPr="00C24889" w:rsidR="005F6261" w:rsidRDefault="0011589F" w14:paraId="6B678869" w14:textId="77777777">
            <w:pPr>
              <w:keepNext/>
              <w:keepLines/>
              <w:spacing w:after="0"/>
              <w:rPr>
                <w:rFonts w:ascii="Segoe UI" w:hAnsi="Segoe UI" w:cs="Segoe UI"/>
              </w:rPr>
            </w:pPr>
            <w:r w:rsidRPr="00C24889">
              <w:rPr>
                <w:rFonts w:ascii="Segoe UI" w:hAnsi="Segoe UI" w:cs="Segoe UI"/>
                <w:b/>
                <w:color w:val="FFFFFF"/>
                <w:sz w:val="22"/>
              </w:rPr>
              <w:t>4. IMPACTO EN LA EXPERIENCIA ACADÉMICA</w:t>
            </w:r>
          </w:p>
        </w:tc>
      </w:tr>
    </w:tbl>
    <w:p w:rsidRPr="00C24889" w:rsidR="005F6261" w:rsidRDefault="005F6261" w14:paraId="70950526" w14:textId="77777777">
      <w:pPr>
        <w:keepNext/>
        <w:spacing w:after="0"/>
        <w:rPr>
          <w:rFonts w:ascii="Segoe UI" w:hAnsi="Segoe UI" w:cs="Segoe UI"/>
        </w:rPr>
      </w:pPr>
    </w:p>
    <w:p w:rsidRPr="00C24889" w:rsidR="005F6261" w:rsidRDefault="0011589F" w14:paraId="1FF36C3B" w14:textId="77777777">
      <w:pPr>
        <w:pStyle w:val="SmallNote"/>
        <w:rPr>
          <w:rFonts w:ascii="Segoe UI" w:hAnsi="Segoe UI" w:cs="Segoe UI"/>
        </w:rPr>
      </w:pPr>
      <w:r w:rsidRPr="00C24889">
        <w:rPr>
          <w:rFonts w:ascii="Segoe UI" w:hAnsi="Segoe UI" w:cs="Segoe UI"/>
        </w:rPr>
        <w:t>Describa brevemente de qué manera su condición influye en su participación en clases, evaluaciones, actividades académicas o en su proceso de aprendizaje. Esta información permitirá identificar los apoyos o ajustes que podrían ser necesarios. Evite incluir información clínica que no sea necesaria.</w:t>
      </w:r>
    </w:p>
    <w:p w:rsidRPr="00C24889" w:rsidR="005F6261" w:rsidRDefault="0011589F" w14:paraId="588BDCCA" w14:textId="77777777">
      <w:pPr>
        <w:pStyle w:val="SmallNote"/>
        <w:rPr>
          <w:rFonts w:ascii="Segoe UI" w:hAnsi="Segoe UI" w:cs="Segoe UI"/>
        </w:rPr>
      </w:pPr>
      <w:r w:rsidRPr="00C24889">
        <w:rPr>
          <w:rFonts w:ascii="Segoe UI" w:hAnsi="Segoe UI" w:cs="Segoe UI"/>
        </w:rPr>
        <w:t>Ejemplo: “Mi condición afecta mi concentración y comprensión lectora, por lo que necesito más tiempo para procesar la información y responder evaluaciones”.</w:t>
      </w:r>
    </w:p>
    <w:p w:rsidRPr="00C24889" w:rsidR="005F6261" w:rsidRDefault="0011589F" w14:paraId="08A2048F" w14:textId="77777777">
      <w:pPr>
        <w:pStyle w:val="SmallNote"/>
        <w:rPr>
          <w:rFonts w:ascii="Segoe UI" w:hAnsi="Segoe UI" w:cs="Segoe UI"/>
        </w:rPr>
      </w:pPr>
      <w:r w:rsidRPr="00C24889">
        <w:rPr>
          <w:rFonts w:ascii="Segoe UI" w:hAnsi="Segoe UI" w:cs="Segoe UI"/>
        </w:rPr>
        <w:t>________________________________________________________________________________________________</w:t>
      </w:r>
    </w:p>
    <w:p w:rsidRPr="00C24889" w:rsidR="005F6261" w:rsidRDefault="0011589F" w14:paraId="4A9586E3" w14:textId="77777777">
      <w:pPr>
        <w:pStyle w:val="SmallNote"/>
        <w:rPr>
          <w:rFonts w:ascii="Segoe UI" w:hAnsi="Segoe UI" w:cs="Segoe UI"/>
        </w:rPr>
      </w:pPr>
      <w:r w:rsidRPr="00C24889">
        <w:rPr>
          <w:rFonts w:ascii="Segoe UI" w:hAnsi="Segoe UI" w:cs="Segoe UI"/>
        </w:rPr>
        <w:t>________________________________________________________________________________________________</w:t>
      </w:r>
    </w:p>
    <w:p w:rsidRPr="00C24889" w:rsidR="005F6261" w:rsidRDefault="0011589F" w14:paraId="6564A15B" w14:textId="77777777">
      <w:pPr>
        <w:pStyle w:val="SmallNote"/>
        <w:rPr>
          <w:rFonts w:ascii="Segoe UI" w:hAnsi="Segoe UI" w:cs="Segoe UI"/>
        </w:rPr>
      </w:pPr>
      <w:r w:rsidRPr="00C24889">
        <w:rPr>
          <w:rFonts w:ascii="Segoe UI" w:hAnsi="Segoe UI" w:cs="Segoe UI"/>
        </w:rPr>
        <w:t>________________________________________________________________________________________________</w:t>
      </w:r>
    </w:p>
    <w:p w:rsidRPr="00C24889" w:rsidR="005F6261" w:rsidRDefault="0011589F" w14:paraId="608F19AA" w14:textId="77777777">
      <w:pPr>
        <w:pStyle w:val="SmallNote"/>
        <w:rPr>
          <w:rFonts w:ascii="Segoe UI" w:hAnsi="Segoe UI" w:cs="Segoe UI"/>
        </w:rPr>
      </w:pPr>
      <w:r w:rsidRPr="00C24889">
        <w:rPr>
          <w:rFonts w:ascii="Segoe UI" w:hAnsi="Segoe UI" w:cs="Segoe UI"/>
        </w:rPr>
        <w:t>________________________________________________________________________________________________</w:t>
      </w:r>
    </w:p>
    <w:p w:rsidRPr="00C24889" w:rsidR="005F6261" w:rsidRDefault="0011589F" w14:paraId="6CD88764" w14:textId="77777777">
      <w:pPr>
        <w:pStyle w:val="SmallNote"/>
        <w:rPr>
          <w:rFonts w:ascii="Segoe UI" w:hAnsi="Segoe UI" w:cs="Segoe UI"/>
        </w:rPr>
      </w:pPr>
      <w:r w:rsidRPr="00C24889">
        <w:rPr>
          <w:rFonts w:ascii="Segoe UI" w:hAnsi="Segoe UI" w:cs="Segoe UI"/>
        </w:rPr>
        <w:t>________________________________________________________________________________________________</w:t>
      </w:r>
    </w:p>
    <w:p w:rsidRPr="00C24889" w:rsidR="005F6261" w:rsidRDefault="0011589F" w14:paraId="49CEF21A" w14:textId="77777777">
      <w:pPr>
        <w:pStyle w:val="SmallNote"/>
        <w:rPr>
          <w:rFonts w:ascii="Segoe UI" w:hAnsi="Segoe UI" w:cs="Segoe UI"/>
        </w:rPr>
      </w:pPr>
      <w:r w:rsidRPr="00C24889">
        <w:rPr>
          <w:rFonts w:ascii="Segoe UI" w:hAnsi="Segoe UI" w:cs="Segoe UI"/>
        </w:rPr>
        <w:t>________________________________________________________________________________________________</w:t>
      </w:r>
    </w:p>
    <w:p w:rsidRPr="00C24889" w:rsidR="005F6261" w:rsidRDefault="005F6261" w14:paraId="232AA324" w14:textId="77777777">
      <w:pPr>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14:paraId="59377128" w14:textId="77777777">
        <w:trPr>
          <w:jc w:val="center"/>
        </w:trPr>
        <w:tc>
          <w:tcPr>
            <w:tcW w:w="10368" w:type="dxa"/>
            <w:shd w:val="clear" w:color="auto" w:fill="005A9C"/>
            <w:tcMar>
              <w:top w:w="80" w:type="dxa"/>
              <w:left w:w="110" w:type="dxa"/>
              <w:bottom w:w="80" w:type="dxa"/>
              <w:right w:w="110" w:type="dxa"/>
            </w:tcMar>
          </w:tcPr>
          <w:p w:rsidRPr="00C24889" w:rsidR="005F6261" w:rsidRDefault="0011589F" w14:paraId="35C171CC" w14:textId="77777777">
            <w:pPr>
              <w:keepNext/>
              <w:keepLines/>
              <w:spacing w:after="0"/>
              <w:rPr>
                <w:rFonts w:ascii="Segoe UI" w:hAnsi="Segoe UI" w:cs="Segoe UI"/>
              </w:rPr>
            </w:pPr>
            <w:r w:rsidRPr="00C24889">
              <w:rPr>
                <w:rFonts w:ascii="Segoe UI" w:hAnsi="Segoe UI" w:cs="Segoe UI"/>
                <w:b/>
                <w:color w:val="FFFFFF"/>
                <w:sz w:val="22"/>
              </w:rPr>
              <w:t>5. MECANISMOS DE APOYO SOLICITADOS — INSTRUCCIONES</w:t>
            </w:r>
          </w:p>
        </w:tc>
      </w:tr>
    </w:tbl>
    <w:p w:rsidRPr="00C24889" w:rsidR="005F6261" w:rsidRDefault="005F6261" w14:paraId="3EFCE166" w14:textId="77777777">
      <w:pPr>
        <w:keepNext/>
        <w:spacing w:after="0"/>
        <w:rPr>
          <w:rFonts w:ascii="Segoe UI" w:hAnsi="Segoe UI" w:cs="Segoe UI"/>
        </w:rPr>
      </w:pPr>
    </w:p>
    <w:p w:rsidRPr="00C24889" w:rsidR="005F6261" w:rsidP="0084520F" w:rsidRDefault="0011589F" w14:paraId="065FE60B" w14:textId="77777777">
      <w:pPr>
        <w:pStyle w:val="SmallNote"/>
        <w:numPr>
          <w:ilvl w:val="0"/>
          <w:numId w:val="1"/>
        </w:numPr>
        <w:rPr>
          <w:rFonts w:ascii="Segoe UI" w:hAnsi="Segoe UI" w:cs="Segoe UI"/>
        </w:rPr>
      </w:pPr>
      <w:r w:rsidRPr="00C24889">
        <w:rPr>
          <w:rFonts w:ascii="Segoe UI" w:hAnsi="Segoe UI" w:cs="Segoe UI"/>
        </w:rPr>
        <w:t>Marque solo los mecanismos que necesita. Puede solicitar más de uno.</w:t>
      </w:r>
    </w:p>
    <w:p w:rsidRPr="00C24889" w:rsidR="005F6261" w:rsidP="0084520F" w:rsidRDefault="0011589F" w14:paraId="2808DB43" w14:textId="77777777">
      <w:pPr>
        <w:pStyle w:val="SmallNote"/>
        <w:numPr>
          <w:ilvl w:val="0"/>
          <w:numId w:val="1"/>
        </w:numPr>
        <w:rPr>
          <w:rFonts w:ascii="Segoe UI" w:hAnsi="Segoe UI" w:cs="Segoe UI"/>
        </w:rPr>
      </w:pPr>
      <w:r w:rsidRPr="00C24889">
        <w:rPr>
          <w:rFonts w:ascii="Segoe UI" w:hAnsi="Segoe UI" w:cs="Segoe UI"/>
        </w:rPr>
        <w:t>La selección no garantiza su aprobación.</w:t>
      </w:r>
    </w:p>
    <w:p w:rsidRPr="00C24889" w:rsidR="005F6261" w:rsidP="0084520F" w:rsidRDefault="0011589F" w14:paraId="76D053B5" w14:textId="5DFC0D8C">
      <w:pPr>
        <w:pStyle w:val="SmallNote"/>
        <w:numPr>
          <w:ilvl w:val="0"/>
          <w:numId w:val="1"/>
        </w:numPr>
        <w:rPr>
          <w:rFonts w:ascii="Segoe UI" w:hAnsi="Segoe UI" w:cs="Segoe UI"/>
        </w:rPr>
      </w:pPr>
      <w:r w:rsidRPr="00C24889">
        <w:rPr>
          <w:rFonts w:ascii="Segoe UI" w:hAnsi="Segoe UI" w:cs="Segoe UI"/>
        </w:rPr>
        <w:t>Las adecuaciones otorgadas no modifican los criterios de aprendizaje, la malla curricular ni las competencias del perfil de egreso, y no aplican para procesos de práctica.</w:t>
      </w:r>
    </w:p>
    <w:p w:rsidRPr="00C24889" w:rsidR="005F6261" w:rsidP="0084520F" w:rsidRDefault="0011589F" w14:paraId="312833B3" w14:textId="77777777">
      <w:pPr>
        <w:pStyle w:val="SmallNote"/>
        <w:numPr>
          <w:ilvl w:val="0"/>
          <w:numId w:val="1"/>
        </w:numPr>
        <w:rPr>
          <w:rFonts w:ascii="Segoe UI" w:hAnsi="Segoe UI" w:cs="Segoe UI"/>
        </w:rPr>
      </w:pPr>
      <w:r w:rsidRPr="00C24889">
        <w:rPr>
          <w:rFonts w:ascii="Segoe UI" w:hAnsi="Segoe UI" w:cs="Segoe UI"/>
        </w:rPr>
        <w:t>Si marca ingreso con acompañante autorizado, complete también los datos del acompañante (sección 5.2).</w:t>
      </w:r>
    </w:p>
    <w:p w:rsidRPr="00C24889" w:rsidR="005F6261" w:rsidRDefault="005F6261" w14:paraId="6E54380F" w14:textId="77777777">
      <w:pPr>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14:paraId="48455635" w14:textId="77777777">
        <w:trPr>
          <w:jc w:val="center"/>
        </w:trPr>
        <w:tc>
          <w:tcPr>
            <w:tcW w:w="10368" w:type="dxa"/>
            <w:shd w:val="clear" w:color="auto" w:fill="005A9C"/>
            <w:tcMar>
              <w:top w:w="80" w:type="dxa"/>
              <w:left w:w="110" w:type="dxa"/>
              <w:bottom w:w="80" w:type="dxa"/>
              <w:right w:w="110" w:type="dxa"/>
            </w:tcMar>
          </w:tcPr>
          <w:p w:rsidRPr="00C24889" w:rsidR="005F6261" w:rsidRDefault="0011589F" w14:paraId="2FF79614" w14:textId="77777777">
            <w:pPr>
              <w:keepNext/>
              <w:keepLines/>
              <w:spacing w:after="0"/>
              <w:rPr>
                <w:rFonts w:ascii="Segoe UI" w:hAnsi="Segoe UI" w:cs="Segoe UI"/>
              </w:rPr>
            </w:pPr>
            <w:r w:rsidRPr="00C24889">
              <w:rPr>
                <w:rFonts w:ascii="Segoe UI" w:hAnsi="Segoe UI" w:cs="Segoe UI"/>
                <w:b/>
                <w:color w:val="FFFFFF"/>
                <w:sz w:val="22"/>
              </w:rPr>
              <w:t>5.1. ADECUACIONES MENORES</w:t>
            </w:r>
          </w:p>
        </w:tc>
      </w:tr>
    </w:tbl>
    <w:p w:rsidRPr="00C24889" w:rsidR="005F6261" w:rsidRDefault="005F6261" w14:paraId="2708FA09" w14:textId="77777777">
      <w:pPr>
        <w:keepNext/>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rsidTr="352CB182" w14:paraId="534244B2" w14:textId="77777777">
        <w:trPr>
          <w:jc w:val="center"/>
        </w:trPr>
        <w:tc>
          <w:tcPr>
            <w:tcW w:w="10368" w:type="dxa"/>
            <w:shd w:val="clear" w:color="auto" w:fill="EAF4FB"/>
            <w:tcMar>
              <w:top w:w="90" w:type="dxa"/>
              <w:left w:w="110" w:type="dxa"/>
              <w:bottom w:w="90" w:type="dxa"/>
              <w:right w:w="110" w:type="dxa"/>
            </w:tcMar>
          </w:tcPr>
          <w:p w:rsidRPr="00C24889" w:rsidR="005F6261" w:rsidP="352CB182" w:rsidRDefault="0011589F" w14:paraId="1E6CE963" w14:textId="77777777">
            <w:pPr>
              <w:keepLines/>
              <w:spacing w:after="0"/>
              <w:jc w:val="both"/>
              <w:rPr>
                <w:rFonts w:ascii="Segoe UI" w:hAnsi="Segoe UI" w:cs="Segoe UI"/>
              </w:rPr>
            </w:pPr>
            <w:r w:rsidRPr="00C24889">
              <w:rPr>
                <w:rFonts w:ascii="Segoe UI" w:hAnsi="Segoe UI" w:cs="Segoe UI"/>
                <w:b/>
                <w:bCs/>
                <w:color w:val="263238"/>
                <w:sz w:val="17"/>
                <w:szCs w:val="17"/>
              </w:rPr>
              <w:t xml:space="preserve">¿Qué son?: </w:t>
            </w:r>
            <w:r w:rsidRPr="00C24889">
              <w:rPr>
                <w:rFonts w:ascii="Segoe UI" w:hAnsi="Segoe UI" w:cs="Segoe UI"/>
                <w:sz w:val="17"/>
                <w:szCs w:val="17"/>
              </w:rPr>
              <w:t>Mecanismo de apoyo académico que busca que las y los estudiantes, mediante estrategias como la entrega de materiales en formatos accesibles, la flexibilización de tiempos de evaluación y el uso de recursos de apoyo, puedan desarrollar sus aprendizajes en igualdad de condiciones. No aplica para afecciones psiquiátricas.</w:t>
            </w:r>
          </w:p>
        </w:tc>
      </w:tr>
    </w:tbl>
    <w:p w:rsidRPr="00C24889" w:rsidR="005F6261" w:rsidRDefault="005F6261" w14:paraId="30523050" w14:textId="77777777">
      <w:pPr>
        <w:spacing w:after="0"/>
        <w:rPr>
          <w:rFonts w:ascii="Segoe UI" w:hAnsi="Segoe UI" w:cs="Segoe UI"/>
        </w:rPr>
      </w:pPr>
    </w:p>
    <w:p w:rsidRPr="00C24889" w:rsidR="005F6261" w:rsidRDefault="0011589F" w14:paraId="5C144A1F" w14:textId="77777777">
      <w:pPr>
        <w:rPr>
          <w:rFonts w:ascii="Segoe UI" w:hAnsi="Segoe UI" w:cs="Segoe UI"/>
        </w:rPr>
      </w:pPr>
      <w:r w:rsidRPr="00C24889">
        <w:rPr>
          <w:rFonts w:ascii="Segoe UI Symbol" w:hAnsi="Segoe UI Symbol" w:cs="Segoe UI Symbol"/>
          <w:b/>
          <w:color w:val="005A9C"/>
        </w:rPr>
        <w:t>☐</w:t>
      </w:r>
      <w:r w:rsidRPr="00C24889">
        <w:rPr>
          <w:rFonts w:ascii="Segoe UI" w:hAnsi="Segoe UI" w:cs="Segoe UI"/>
          <w:b/>
          <w:color w:val="005A9C"/>
        </w:rPr>
        <w:t xml:space="preserve"> Orientación docente</w:t>
      </w:r>
    </w:p>
    <w:p w:rsidRPr="00C24889" w:rsidR="005F6261" w:rsidRDefault="0011589F" w14:paraId="116C7808" w14:textId="77777777">
      <w:pPr>
        <w:pStyle w:val="SmallNote"/>
        <w:rPr>
          <w:rFonts w:ascii="Segoe UI" w:hAnsi="Segoe UI" w:cs="Segoe UI"/>
        </w:rPr>
      </w:pPr>
      <w:r w:rsidRPr="00C24889">
        <w:rPr>
          <w:rFonts w:ascii="Segoe UI" w:hAnsi="Segoe UI" w:cs="Segoe UI"/>
        </w:rPr>
        <w:t>Instancias puntuales para aclarar dudas y reforzar contenidos específicos, en un horario acordado con el o la docente, de forma presencial u online. Se planifican y registran en la sede.</w:t>
      </w:r>
    </w:p>
    <w:p w:rsidRPr="00C24889" w:rsidR="005F6261" w:rsidRDefault="0011589F" w14:paraId="09458C8C" w14:textId="77777777">
      <w:pPr>
        <w:rPr>
          <w:rFonts w:ascii="Segoe UI" w:hAnsi="Segoe UI" w:cs="Segoe UI"/>
        </w:rPr>
      </w:pPr>
      <w:r w:rsidRPr="00C24889">
        <w:rPr>
          <w:rFonts w:ascii="Segoe UI Symbol" w:hAnsi="Segoe UI Symbol" w:cs="Segoe UI Symbol"/>
          <w:b/>
          <w:color w:val="005A9C"/>
        </w:rPr>
        <w:t>☐</w:t>
      </w:r>
      <w:r w:rsidRPr="00C24889">
        <w:rPr>
          <w:rFonts w:ascii="Segoe UI" w:hAnsi="Segoe UI" w:cs="Segoe UI"/>
          <w:b/>
          <w:color w:val="005A9C"/>
        </w:rPr>
        <w:t xml:space="preserve"> Materiales educativos impresos</w:t>
      </w:r>
    </w:p>
    <w:p w:rsidRPr="00C24889" w:rsidR="005F6261" w:rsidRDefault="0011589F" w14:paraId="4C2D8ED5" w14:textId="77777777">
      <w:pPr>
        <w:pStyle w:val="SmallNote"/>
        <w:rPr>
          <w:rFonts w:ascii="Segoe UI" w:hAnsi="Segoe UI" w:cs="Segoe UI"/>
        </w:rPr>
      </w:pPr>
      <w:r w:rsidRPr="00C24889">
        <w:rPr>
          <w:rFonts w:ascii="Segoe UI" w:hAnsi="Segoe UI" w:cs="Segoe UI"/>
        </w:rPr>
        <w:t>Material en papel para el acceso a información y refuerzo de contenidos, con letra ampliada y alto contraste, complementado con versión digital cuando sea posible.</w:t>
      </w:r>
    </w:p>
    <w:p w:rsidRPr="00C24889" w:rsidR="005F6261" w:rsidRDefault="0011589F" w14:paraId="0ACD4F28" w14:textId="77777777">
      <w:pPr>
        <w:rPr>
          <w:rFonts w:ascii="Segoe UI" w:hAnsi="Segoe UI" w:cs="Segoe UI"/>
        </w:rPr>
      </w:pPr>
      <w:r w:rsidRPr="00C24889">
        <w:rPr>
          <w:rFonts w:ascii="Segoe UI Symbol" w:hAnsi="Segoe UI Symbol" w:cs="Segoe UI Symbol"/>
          <w:b/>
          <w:color w:val="005A9C"/>
        </w:rPr>
        <w:t>☐</w:t>
      </w:r>
      <w:r w:rsidRPr="00C24889">
        <w:rPr>
          <w:rFonts w:ascii="Segoe UI" w:hAnsi="Segoe UI" w:cs="Segoe UI"/>
          <w:b/>
          <w:color w:val="005A9C"/>
        </w:rPr>
        <w:t xml:space="preserve"> Acceso y orientación para el uso de biblioteca física en sede</w:t>
      </w:r>
    </w:p>
    <w:p w:rsidRPr="00C24889" w:rsidR="005F6261" w:rsidRDefault="0011589F" w14:paraId="016279D7" w14:textId="77777777">
      <w:pPr>
        <w:pStyle w:val="SmallNote"/>
        <w:rPr>
          <w:rFonts w:ascii="Segoe UI" w:hAnsi="Segoe UI" w:cs="Segoe UI"/>
        </w:rPr>
      </w:pPr>
      <w:r w:rsidRPr="00C24889">
        <w:rPr>
          <w:rFonts w:ascii="Segoe UI" w:hAnsi="Segoe UI" w:cs="Segoe UI"/>
        </w:rPr>
        <w:t>Orientación para utilizar los servicios de biblioteca ubicados en los Multiespacios de la sede.</w:t>
      </w:r>
    </w:p>
    <w:p w:rsidRPr="00C24889" w:rsidR="005F6261" w:rsidRDefault="0011589F" w14:paraId="39E8EB72" w14:textId="77777777">
      <w:pPr>
        <w:rPr>
          <w:rFonts w:ascii="Segoe UI" w:hAnsi="Segoe UI" w:cs="Segoe UI"/>
        </w:rPr>
      </w:pPr>
      <w:r w:rsidRPr="00C24889">
        <w:rPr>
          <w:rFonts w:ascii="Segoe UI Symbol" w:hAnsi="Segoe UI Symbol" w:cs="Segoe UI Symbol"/>
          <w:b/>
          <w:color w:val="005A9C"/>
        </w:rPr>
        <w:t>☐</w:t>
      </w:r>
      <w:r w:rsidRPr="00C24889">
        <w:rPr>
          <w:rFonts w:ascii="Segoe UI" w:hAnsi="Segoe UI" w:cs="Segoe UI"/>
          <w:b/>
          <w:color w:val="005A9C"/>
        </w:rPr>
        <w:t xml:space="preserve"> Acceso y orientación para el uso de biblioteca digital</w:t>
      </w:r>
    </w:p>
    <w:p w:rsidRPr="00C24889" w:rsidR="005F6261" w:rsidRDefault="0011589F" w14:paraId="379D530D" w14:textId="77777777">
      <w:pPr>
        <w:pStyle w:val="SmallNote"/>
        <w:rPr>
          <w:rFonts w:ascii="Segoe UI" w:hAnsi="Segoe UI" w:cs="Segoe UI"/>
        </w:rPr>
      </w:pPr>
      <w:r w:rsidRPr="00C24889">
        <w:rPr>
          <w:rFonts w:ascii="Segoe UI" w:hAnsi="Segoe UI" w:cs="Segoe UI"/>
        </w:rPr>
        <w:t>Información general, búsqueda de textos y taller de uso de la Biblioteca Digital AIEP para estudiantes.</w:t>
      </w:r>
    </w:p>
    <w:p w:rsidRPr="00C24889" w:rsidR="005F6261" w:rsidRDefault="0011589F" w14:paraId="2987E879" w14:textId="77777777">
      <w:pPr>
        <w:rPr>
          <w:rFonts w:ascii="Segoe UI" w:hAnsi="Segoe UI" w:cs="Segoe UI"/>
        </w:rPr>
      </w:pPr>
      <w:r w:rsidRPr="00C24889">
        <w:rPr>
          <w:rFonts w:ascii="Segoe UI Symbol" w:hAnsi="Segoe UI Symbol" w:cs="Segoe UI Symbol"/>
          <w:b/>
          <w:color w:val="005A9C"/>
        </w:rPr>
        <w:t>☐</w:t>
      </w:r>
      <w:r w:rsidRPr="00C24889">
        <w:rPr>
          <w:rFonts w:ascii="Segoe UI" w:hAnsi="Segoe UI" w:cs="Segoe UI"/>
          <w:b/>
          <w:color w:val="005A9C"/>
        </w:rPr>
        <w:t xml:space="preserve"> Recursos educativos digitales y audiovisuales accesibles</w:t>
      </w:r>
    </w:p>
    <w:p w:rsidRPr="00C24889" w:rsidR="005F6261" w:rsidRDefault="0011589F" w14:paraId="5DEE4020" w14:textId="77777777">
      <w:pPr>
        <w:pStyle w:val="SmallNote"/>
        <w:rPr>
          <w:rFonts w:ascii="Segoe UI" w:hAnsi="Segoe UI" w:cs="Segoe UI"/>
        </w:rPr>
      </w:pPr>
      <w:r w:rsidRPr="00C24889">
        <w:rPr>
          <w:rFonts w:ascii="Segoe UI" w:hAnsi="Segoe UI" w:cs="Segoe UI"/>
        </w:rPr>
        <w:t>Presentaciones, programas, instrucciones y otros recursos en formatos compatibles con lectores electrónicos.</w:t>
      </w:r>
    </w:p>
    <w:p w:rsidRPr="00C24889" w:rsidR="005F6261" w:rsidRDefault="0011589F" w14:paraId="181EE11F" w14:textId="77777777">
      <w:pPr>
        <w:rPr>
          <w:rFonts w:ascii="Segoe UI" w:hAnsi="Segoe UI" w:cs="Segoe UI"/>
        </w:rPr>
      </w:pPr>
      <w:r w:rsidRPr="00C24889">
        <w:rPr>
          <w:rFonts w:ascii="Segoe UI Symbol" w:hAnsi="Segoe UI Symbol" w:cs="Segoe UI Symbol"/>
          <w:b/>
          <w:color w:val="005A9C"/>
        </w:rPr>
        <w:t>☐</w:t>
      </w:r>
      <w:r w:rsidRPr="00C24889">
        <w:rPr>
          <w:rFonts w:ascii="Segoe UI" w:hAnsi="Segoe UI" w:cs="Segoe UI"/>
          <w:b/>
          <w:color w:val="005A9C"/>
        </w:rPr>
        <w:t xml:space="preserve"> Préstamo de notebook (Multiespacios AIEP)</w:t>
      </w:r>
    </w:p>
    <w:p w:rsidRPr="00C24889" w:rsidR="005F6261" w:rsidRDefault="0011589F" w14:paraId="73AF1F66" w14:textId="77777777">
      <w:pPr>
        <w:pStyle w:val="SmallNote"/>
        <w:rPr>
          <w:rFonts w:ascii="Segoe UI" w:hAnsi="Segoe UI" w:cs="Segoe UI"/>
        </w:rPr>
      </w:pPr>
      <w:r w:rsidRPr="00C24889">
        <w:rPr>
          <w:rFonts w:ascii="Segoe UI" w:hAnsi="Segoe UI" w:cs="Segoe UI"/>
        </w:rPr>
        <w:t>Préstamo gestionado según la normativa interna y la disponibilidad de equipos de los Multiespacios de la sede.</w:t>
      </w:r>
    </w:p>
    <w:p w:rsidRPr="00C24889" w:rsidR="005F6261" w:rsidRDefault="0011589F" w14:paraId="205494A7" w14:textId="77777777">
      <w:pPr>
        <w:rPr>
          <w:rFonts w:ascii="Segoe UI" w:hAnsi="Segoe UI" w:cs="Segoe UI"/>
        </w:rPr>
      </w:pPr>
      <w:r w:rsidRPr="00C24889">
        <w:rPr>
          <w:rFonts w:ascii="Segoe UI Symbol" w:hAnsi="Segoe UI Symbol" w:cs="Segoe UI Symbol"/>
          <w:b/>
          <w:color w:val="005A9C"/>
        </w:rPr>
        <w:t>☐</w:t>
      </w:r>
      <w:r w:rsidRPr="00C24889">
        <w:rPr>
          <w:rFonts w:ascii="Segoe UI" w:hAnsi="Segoe UI" w:cs="Segoe UI"/>
          <w:b/>
          <w:color w:val="005A9C"/>
        </w:rPr>
        <w:t xml:space="preserve"> Adecuación del ambiente físico destinado a exámenes y evaluaciones</w:t>
      </w:r>
    </w:p>
    <w:p w:rsidRPr="00C24889" w:rsidR="005F6261" w:rsidRDefault="0011589F" w14:paraId="67D7833D" w14:textId="77777777">
      <w:pPr>
        <w:pStyle w:val="SmallNote"/>
        <w:rPr>
          <w:rFonts w:ascii="Segoe UI" w:hAnsi="Segoe UI" w:cs="Segoe UI"/>
        </w:rPr>
      </w:pPr>
      <w:r w:rsidRPr="00C24889">
        <w:rPr>
          <w:rFonts w:ascii="Segoe UI" w:hAnsi="Segoe UI" w:cs="Segoe UI"/>
        </w:rPr>
        <w:t>Uso de salas individuales o con un número reducido de personas, reducción de estímulos distractores y control adecuado de la iluminación y el ruido.</w:t>
      </w:r>
    </w:p>
    <w:p w:rsidRPr="00C24889" w:rsidR="005F6261" w:rsidRDefault="0011589F" w14:paraId="51D29A51" w14:textId="77777777">
      <w:pPr>
        <w:rPr>
          <w:rFonts w:ascii="Segoe UI" w:hAnsi="Segoe UI" w:cs="Segoe UI"/>
        </w:rPr>
      </w:pPr>
      <w:r w:rsidRPr="00C24889">
        <w:rPr>
          <w:rFonts w:ascii="Segoe UI Symbol" w:hAnsi="Segoe UI Symbol" w:cs="Segoe UI Symbol"/>
          <w:b/>
          <w:color w:val="005A9C"/>
        </w:rPr>
        <w:t>☐</w:t>
      </w:r>
      <w:r w:rsidRPr="00C24889">
        <w:rPr>
          <w:rFonts w:ascii="Segoe UI" w:hAnsi="Segoe UI" w:cs="Segoe UI"/>
          <w:b/>
          <w:color w:val="005A9C"/>
        </w:rPr>
        <w:t xml:space="preserve"> Ampliación del tiempo de evaluación en aula</w:t>
      </w:r>
    </w:p>
    <w:p w:rsidRPr="00C24889" w:rsidR="005F6261" w:rsidRDefault="0011589F" w14:paraId="1777097E" w14:textId="77777777">
      <w:pPr>
        <w:pStyle w:val="SmallNote"/>
        <w:rPr>
          <w:rFonts w:ascii="Segoe UI" w:hAnsi="Segoe UI" w:cs="Segoe UI"/>
        </w:rPr>
      </w:pPr>
      <w:r w:rsidRPr="00C24889">
        <w:rPr>
          <w:rFonts w:ascii="Segoe UI" w:hAnsi="Segoe UI" w:cs="Segoe UI"/>
        </w:rPr>
        <w:t>Ajuste en minutos de acuerdo con la necesidad específica: tiempo adicional o división de evaluaciones extensas en segmentos.</w:t>
      </w:r>
    </w:p>
    <w:p w:rsidRPr="00C24889" w:rsidR="005F6261" w:rsidRDefault="0011589F" w14:paraId="4CB3E81C" w14:textId="77777777">
      <w:pPr>
        <w:rPr>
          <w:rFonts w:ascii="Segoe UI" w:hAnsi="Segoe UI" w:cs="Segoe UI"/>
        </w:rPr>
      </w:pPr>
      <w:r w:rsidRPr="00C24889">
        <w:rPr>
          <w:rFonts w:ascii="Segoe UI Symbol" w:hAnsi="Segoe UI Symbol" w:cs="Segoe UI Symbol"/>
          <w:b/>
          <w:color w:val="005A9C"/>
        </w:rPr>
        <w:t>☐</w:t>
      </w:r>
      <w:r w:rsidRPr="00C24889">
        <w:rPr>
          <w:rFonts w:ascii="Segoe UI" w:hAnsi="Segoe UI" w:cs="Segoe UI"/>
          <w:b/>
          <w:color w:val="005A9C"/>
        </w:rPr>
        <w:t xml:space="preserve"> Extensión de plazo de entrega de evaluación fuera de aula</w:t>
      </w:r>
    </w:p>
    <w:p w:rsidRPr="00C24889" w:rsidR="005F6261" w:rsidRDefault="0011589F" w14:paraId="2CDC6300" w14:textId="77777777">
      <w:pPr>
        <w:pStyle w:val="SmallNote"/>
        <w:rPr>
          <w:rFonts w:ascii="Segoe UI" w:hAnsi="Segoe UI" w:cs="Segoe UI"/>
        </w:rPr>
      </w:pPr>
      <w:r w:rsidRPr="00C24889">
        <w:rPr>
          <w:rFonts w:ascii="Segoe UI" w:hAnsi="Segoe UI" w:cs="Segoe UI"/>
        </w:rPr>
        <w:t>Ajuste en fechas de acuerdo con la necesidad específica, coordinado con la Jefatura de Escuela y el o la docente, entre 1 y 14 días como máximo.</w:t>
      </w:r>
    </w:p>
    <w:p w:rsidRPr="00C24889" w:rsidR="005F6261" w:rsidRDefault="0011589F" w14:paraId="1DCEAEE6" w14:textId="77777777">
      <w:pPr>
        <w:rPr>
          <w:rFonts w:ascii="Segoe UI" w:hAnsi="Segoe UI" w:cs="Segoe UI"/>
        </w:rPr>
      </w:pPr>
      <w:r w:rsidRPr="00C24889">
        <w:rPr>
          <w:rFonts w:ascii="Segoe UI Symbol" w:hAnsi="Segoe UI Symbol" w:cs="Segoe UI Symbol"/>
          <w:b/>
          <w:color w:val="005A9C"/>
        </w:rPr>
        <w:t>☐</w:t>
      </w:r>
      <w:r w:rsidRPr="00C24889">
        <w:rPr>
          <w:rFonts w:ascii="Segoe UI" w:hAnsi="Segoe UI" w:cs="Segoe UI"/>
          <w:b/>
          <w:color w:val="005A9C"/>
        </w:rPr>
        <w:t xml:space="preserve"> Formato de evaluación</w:t>
      </w:r>
    </w:p>
    <w:p w:rsidRPr="00C24889" w:rsidR="005F6261" w:rsidRDefault="0011589F" w14:paraId="1D18745D" w14:textId="77777777">
      <w:pPr>
        <w:pStyle w:val="SmallNote"/>
        <w:rPr>
          <w:rFonts w:ascii="Segoe UI" w:hAnsi="Segoe UI" w:cs="Segoe UI"/>
        </w:rPr>
      </w:pPr>
      <w:r w:rsidRPr="00C24889">
        <w:rPr>
          <w:rFonts w:ascii="Segoe UI" w:hAnsi="Segoe UI" w:cs="Segoe UI"/>
        </w:rPr>
        <w:t>Uso de letra ampliada, archivos accesibles (PDF o Word con texto alternativo), evaluación oral o telepresencial, en coordinación con el o la docente y la Jefatura de Escuela.</w:t>
      </w:r>
    </w:p>
    <w:p w:rsidRPr="00C24889" w:rsidR="005F6261" w:rsidRDefault="005F6261" w14:paraId="4E34E036" w14:textId="77777777">
      <w:pPr>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14:paraId="1FF63513" w14:textId="77777777">
        <w:trPr>
          <w:jc w:val="center"/>
        </w:trPr>
        <w:tc>
          <w:tcPr>
            <w:tcW w:w="10368" w:type="dxa"/>
            <w:shd w:val="clear" w:color="auto" w:fill="005A9C"/>
            <w:tcMar>
              <w:top w:w="80" w:type="dxa"/>
              <w:left w:w="110" w:type="dxa"/>
              <w:bottom w:w="80" w:type="dxa"/>
              <w:right w:w="110" w:type="dxa"/>
            </w:tcMar>
          </w:tcPr>
          <w:p w:rsidRPr="00C24889" w:rsidR="005F6261" w:rsidRDefault="0011589F" w14:paraId="5D8A5BF2" w14:textId="77777777">
            <w:pPr>
              <w:keepNext/>
              <w:keepLines/>
              <w:spacing w:after="0"/>
              <w:rPr>
                <w:rFonts w:ascii="Segoe UI" w:hAnsi="Segoe UI" w:cs="Segoe UI"/>
              </w:rPr>
            </w:pPr>
            <w:r w:rsidRPr="00C24889">
              <w:rPr>
                <w:rFonts w:ascii="Segoe UI" w:hAnsi="Segoe UI" w:cs="Segoe UI"/>
                <w:b/>
                <w:color w:val="FFFFFF"/>
                <w:sz w:val="22"/>
              </w:rPr>
              <w:t>5.2. INGRESO CON UN ACOMPAÑANTE AUTORIZADO (A CLASES Y/O ESPACIOS COMUNES)</w:t>
            </w:r>
          </w:p>
        </w:tc>
      </w:tr>
    </w:tbl>
    <w:p w:rsidRPr="00C24889" w:rsidR="005F6261" w:rsidRDefault="005F6261" w14:paraId="435ECB6E" w14:textId="77777777">
      <w:pPr>
        <w:keepNext/>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rsidTr="352CB182" w14:paraId="261CA9E1" w14:textId="77777777">
        <w:trPr>
          <w:jc w:val="center"/>
        </w:trPr>
        <w:tc>
          <w:tcPr>
            <w:tcW w:w="10368" w:type="dxa"/>
            <w:shd w:val="clear" w:color="auto" w:fill="EAF4FB"/>
            <w:tcMar>
              <w:top w:w="90" w:type="dxa"/>
              <w:left w:w="110" w:type="dxa"/>
              <w:bottom w:w="90" w:type="dxa"/>
              <w:right w:w="110" w:type="dxa"/>
            </w:tcMar>
          </w:tcPr>
          <w:p w:rsidRPr="00C24889" w:rsidR="005F6261" w:rsidP="352CB182" w:rsidRDefault="0011589F" w14:paraId="26AF1746" w14:textId="77777777">
            <w:pPr>
              <w:keepLines/>
              <w:spacing w:after="0"/>
              <w:jc w:val="both"/>
              <w:rPr>
                <w:rFonts w:ascii="Segoe UI" w:hAnsi="Segoe UI" w:cs="Segoe UI"/>
              </w:rPr>
            </w:pPr>
            <w:r w:rsidRPr="00C24889">
              <w:rPr>
                <w:rFonts w:ascii="Segoe UI" w:hAnsi="Segoe UI" w:cs="Segoe UI"/>
                <w:b/>
                <w:bCs/>
                <w:color w:val="263238"/>
                <w:sz w:val="17"/>
                <w:szCs w:val="17"/>
              </w:rPr>
              <w:t xml:space="preserve">¿En qué consiste?: </w:t>
            </w:r>
            <w:r w:rsidRPr="00C24889">
              <w:rPr>
                <w:rFonts w:ascii="Segoe UI" w:hAnsi="Segoe UI" w:cs="Segoe UI"/>
                <w:sz w:val="17"/>
                <w:szCs w:val="17"/>
              </w:rPr>
              <w:t>Permite asistir a clases y espacios comunes con un acompañante autorizado, como tutor/a, cuidador/a, intérprete de lengua de señas o animal de apoyo. El acompañante es una persona o recurso del propio estudiante y no es proporcionado por la institución. Su función es facilitar la participación, sin reemplazar las responsabilidades académicas ni interferir en el desarrollo de las actividades institucionales.</w:t>
            </w:r>
          </w:p>
        </w:tc>
      </w:tr>
    </w:tbl>
    <w:p w:rsidRPr="00C24889" w:rsidR="005F6261" w:rsidRDefault="005F6261" w14:paraId="34ADE139" w14:textId="77777777">
      <w:pPr>
        <w:spacing w:after="0"/>
        <w:rPr>
          <w:rFonts w:ascii="Segoe UI" w:hAnsi="Segoe UI" w:cs="Segoe UI"/>
        </w:rPr>
      </w:pPr>
    </w:p>
    <w:p w:rsidRPr="00C24889" w:rsidR="005F6261" w:rsidRDefault="0011589F" w14:paraId="0DA6224C" w14:textId="77777777">
      <w:pPr>
        <w:rPr>
          <w:rFonts w:ascii="Segoe UI" w:hAnsi="Segoe UI" w:cs="Segoe UI"/>
        </w:rPr>
      </w:pPr>
      <w:r w:rsidRPr="00C24889">
        <w:rPr>
          <w:rFonts w:ascii="Segoe UI" w:hAnsi="Segoe UI" w:cs="Segoe UI"/>
          <w:b/>
        </w:rPr>
        <w:t>Tipo de acompañante (marque una opción):</w:t>
      </w:r>
    </w:p>
    <w:p w:rsidRPr="00C24889" w:rsidR="005F6261" w:rsidRDefault="0011589F" w14:paraId="397E883D"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Tutor/a y/o aceptante.</w:t>
      </w:r>
    </w:p>
    <w:p w:rsidRPr="00C24889" w:rsidR="005F6261" w:rsidRDefault="0011589F" w14:paraId="463D62B4"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Cuidador/a.</w:t>
      </w:r>
    </w:p>
    <w:p w:rsidRPr="00C24889" w:rsidR="005F6261" w:rsidRDefault="0011589F" w14:paraId="3C00655D"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Intérprete de Lengua de Señas.</w:t>
      </w:r>
    </w:p>
    <w:p w:rsidRPr="00C24889" w:rsidR="005F6261" w:rsidRDefault="0011589F" w14:paraId="763D6FAF"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Perro de asistencia (perro guía, de señal o de servicio).</w:t>
      </w:r>
    </w:p>
    <w:p w:rsidRPr="00C24889" w:rsidR="005F6261" w:rsidRDefault="0011589F" w14:paraId="2DF270AE"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Perro de apoyo emocional.</w:t>
      </w:r>
    </w:p>
    <w:p w:rsidRPr="00C24889" w:rsidR="005F6261" w:rsidRDefault="005F6261" w14:paraId="48D99076" w14:textId="77777777">
      <w:pPr>
        <w:spacing w:after="0"/>
        <w:rPr>
          <w:rFonts w:ascii="Segoe UI" w:hAnsi="Segoe UI" w:cs="Segoe UI"/>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00"/>
        <w:gridCol w:w="6624"/>
      </w:tblGrid>
      <w:tr w:rsidRPr="00C24889" w:rsidR="005F6261" w:rsidTr="352CB182" w14:paraId="28C1D2CB" w14:textId="77777777">
        <w:trPr>
          <w:tblHeader/>
          <w:jc w:val="center"/>
        </w:trPr>
        <w:tc>
          <w:tcPr>
            <w:tcW w:w="3600" w:type="dxa"/>
            <w:shd w:val="clear" w:color="auto" w:fill="005A9C"/>
            <w:tcMar>
              <w:top w:w="70" w:type="dxa"/>
              <w:left w:w="90" w:type="dxa"/>
              <w:bottom w:w="70" w:type="dxa"/>
              <w:right w:w="90" w:type="dxa"/>
            </w:tcMar>
            <w:vAlign w:val="center"/>
          </w:tcPr>
          <w:p w:rsidRPr="00C24889" w:rsidR="005F6261" w:rsidRDefault="0011589F" w14:paraId="5D87E31F" w14:textId="77777777">
            <w:pPr>
              <w:keepLines/>
              <w:spacing w:after="0"/>
              <w:rPr>
                <w:rFonts w:ascii="Segoe UI" w:hAnsi="Segoe UI" w:cs="Segoe UI"/>
              </w:rPr>
            </w:pPr>
            <w:r w:rsidRPr="00C24889">
              <w:rPr>
                <w:rFonts w:ascii="Segoe UI" w:hAnsi="Segoe UI" w:cs="Segoe UI"/>
                <w:color w:val="FFFFFF"/>
                <w:sz w:val="17"/>
              </w:rPr>
              <w:t>Campo</w:t>
            </w:r>
          </w:p>
        </w:tc>
        <w:tc>
          <w:tcPr>
            <w:tcW w:w="6624" w:type="dxa"/>
            <w:shd w:val="clear" w:color="auto" w:fill="005A9C"/>
            <w:tcMar>
              <w:top w:w="70" w:type="dxa"/>
              <w:left w:w="90" w:type="dxa"/>
              <w:bottom w:w="70" w:type="dxa"/>
              <w:right w:w="90" w:type="dxa"/>
            </w:tcMar>
            <w:vAlign w:val="center"/>
          </w:tcPr>
          <w:p w:rsidRPr="00C24889" w:rsidR="005F6261" w:rsidRDefault="0011589F" w14:paraId="4120F773" w14:textId="77777777">
            <w:pPr>
              <w:keepLines/>
              <w:spacing w:after="0"/>
              <w:rPr>
                <w:rFonts w:ascii="Segoe UI" w:hAnsi="Segoe UI" w:cs="Segoe UI"/>
              </w:rPr>
            </w:pPr>
            <w:r w:rsidRPr="00C24889">
              <w:rPr>
                <w:rFonts w:ascii="Segoe UI" w:hAnsi="Segoe UI" w:cs="Segoe UI"/>
                <w:color w:val="FFFFFF"/>
                <w:sz w:val="17"/>
              </w:rPr>
              <w:t>Completar</w:t>
            </w:r>
          </w:p>
        </w:tc>
      </w:tr>
      <w:tr w:rsidRPr="00C24889" w:rsidR="005F6261" w:rsidTr="352CB182" w14:paraId="46D0D491" w14:textId="77777777">
        <w:trPr>
          <w:jc w:val="center"/>
        </w:trPr>
        <w:tc>
          <w:tcPr>
            <w:tcW w:w="3600" w:type="dxa"/>
            <w:tcMar>
              <w:top w:w="70" w:type="dxa"/>
              <w:left w:w="90" w:type="dxa"/>
              <w:bottom w:w="70" w:type="dxa"/>
              <w:right w:w="90" w:type="dxa"/>
            </w:tcMar>
            <w:vAlign w:val="center"/>
          </w:tcPr>
          <w:p w:rsidRPr="00C24889" w:rsidR="005F6261" w:rsidRDefault="0011589F" w14:paraId="2EC06B52" w14:textId="77777777">
            <w:pPr>
              <w:keepLines/>
              <w:spacing w:after="0"/>
              <w:rPr>
                <w:rFonts w:ascii="Segoe UI" w:hAnsi="Segoe UI" w:cs="Segoe UI"/>
              </w:rPr>
            </w:pPr>
            <w:r w:rsidRPr="00C24889">
              <w:rPr>
                <w:rFonts w:ascii="Segoe UI" w:hAnsi="Segoe UI" w:cs="Segoe UI"/>
                <w:sz w:val="17"/>
              </w:rPr>
              <w:t>Nombre completo del acompañante propuesto</w:t>
            </w:r>
          </w:p>
        </w:tc>
        <w:tc>
          <w:tcPr>
            <w:tcW w:w="6624" w:type="dxa"/>
            <w:tcMar>
              <w:top w:w="70" w:type="dxa"/>
              <w:left w:w="90" w:type="dxa"/>
              <w:bottom w:w="70" w:type="dxa"/>
              <w:right w:w="90" w:type="dxa"/>
            </w:tcMar>
            <w:vAlign w:val="center"/>
          </w:tcPr>
          <w:p w:rsidRPr="00C24889" w:rsidR="005F6261" w:rsidRDefault="005F6261" w14:paraId="26E1FDC2" w14:textId="77777777">
            <w:pPr>
              <w:keepLines/>
              <w:spacing w:after="0"/>
              <w:rPr>
                <w:rFonts w:ascii="Segoe UI" w:hAnsi="Segoe UI" w:cs="Segoe UI"/>
              </w:rPr>
            </w:pPr>
          </w:p>
        </w:tc>
      </w:tr>
      <w:tr w:rsidRPr="00C24889" w:rsidR="005F6261" w:rsidTr="352CB182" w14:paraId="5BB08C27" w14:textId="77777777">
        <w:trPr>
          <w:jc w:val="center"/>
        </w:trPr>
        <w:tc>
          <w:tcPr>
            <w:tcW w:w="3600" w:type="dxa"/>
            <w:tcMar>
              <w:top w:w="70" w:type="dxa"/>
              <w:left w:w="90" w:type="dxa"/>
              <w:bottom w:w="70" w:type="dxa"/>
              <w:right w:w="90" w:type="dxa"/>
            </w:tcMar>
            <w:vAlign w:val="center"/>
          </w:tcPr>
          <w:p w:rsidRPr="00C24889" w:rsidR="005F6261" w:rsidRDefault="0011589F" w14:paraId="54779764" w14:textId="77777777">
            <w:pPr>
              <w:keepLines/>
              <w:spacing w:after="0"/>
              <w:rPr>
                <w:rFonts w:ascii="Segoe UI" w:hAnsi="Segoe UI" w:cs="Segoe UI"/>
              </w:rPr>
            </w:pPr>
            <w:r w:rsidRPr="00C24889">
              <w:rPr>
                <w:rFonts w:ascii="Segoe UI" w:hAnsi="Segoe UI" w:cs="Segoe UI"/>
                <w:sz w:val="17"/>
              </w:rPr>
              <w:t>RUT del acompañante</w:t>
            </w:r>
          </w:p>
        </w:tc>
        <w:tc>
          <w:tcPr>
            <w:tcW w:w="6624" w:type="dxa"/>
            <w:tcMar>
              <w:top w:w="70" w:type="dxa"/>
              <w:left w:w="90" w:type="dxa"/>
              <w:bottom w:w="70" w:type="dxa"/>
              <w:right w:w="90" w:type="dxa"/>
            </w:tcMar>
            <w:vAlign w:val="center"/>
          </w:tcPr>
          <w:p w:rsidRPr="00C24889" w:rsidR="005F6261" w:rsidRDefault="0011589F" w14:paraId="0AF7B392" w14:textId="5D579411">
            <w:pPr>
              <w:keepLines/>
              <w:spacing w:after="0"/>
              <w:rPr>
                <w:rFonts w:ascii="Segoe UI" w:hAnsi="Segoe UI" w:cs="Segoe UI"/>
              </w:rPr>
            </w:pPr>
            <w:r w:rsidRPr="00C24889">
              <w:rPr>
                <w:rFonts w:ascii="Segoe UI" w:hAnsi="Segoe UI" w:cs="Segoe UI"/>
                <w:sz w:val="17"/>
              </w:rPr>
              <w:t xml:space="preserve">________-___  </w:t>
            </w:r>
            <w:r w:rsidR="00C24889">
              <w:rPr>
                <w:rFonts w:ascii="Segoe UI" w:hAnsi="Segoe UI" w:cs="Segoe UI"/>
                <w:sz w:val="17"/>
              </w:rPr>
              <w:t xml:space="preserve"> </w:t>
            </w:r>
            <w:r w:rsidRPr="00C24889">
              <w:rPr>
                <w:rFonts w:ascii="Segoe UI" w:hAnsi="Segoe UI" w:cs="Segoe UI"/>
                <w:sz w:val="17"/>
              </w:rPr>
              <w:t>(sin puntos, con gui</w:t>
            </w:r>
            <w:r w:rsidR="00C24889">
              <w:rPr>
                <w:rFonts w:ascii="Segoe UI" w:hAnsi="Segoe UI" w:cs="Segoe UI"/>
                <w:sz w:val="17"/>
              </w:rPr>
              <w:t>ó</w:t>
            </w:r>
            <w:r w:rsidRPr="00C24889">
              <w:rPr>
                <w:rFonts w:ascii="Segoe UI" w:hAnsi="Segoe UI" w:cs="Segoe UI"/>
                <w:sz w:val="17"/>
              </w:rPr>
              <w:t>n y dígito verificador)</w:t>
            </w:r>
          </w:p>
        </w:tc>
      </w:tr>
      <w:tr w:rsidRPr="00C24889" w:rsidR="005F6261" w:rsidTr="352CB182" w14:paraId="0A63987A" w14:textId="77777777">
        <w:trPr>
          <w:jc w:val="center"/>
        </w:trPr>
        <w:tc>
          <w:tcPr>
            <w:tcW w:w="3600" w:type="dxa"/>
            <w:tcMar>
              <w:top w:w="70" w:type="dxa"/>
              <w:left w:w="90" w:type="dxa"/>
              <w:bottom w:w="70" w:type="dxa"/>
              <w:right w:w="90" w:type="dxa"/>
            </w:tcMar>
            <w:vAlign w:val="center"/>
          </w:tcPr>
          <w:p w:rsidRPr="00C24889" w:rsidR="005F6261" w:rsidRDefault="0011589F" w14:paraId="4DC8EAD2" w14:textId="77777777">
            <w:pPr>
              <w:keepLines/>
              <w:spacing w:after="0"/>
              <w:rPr>
                <w:rFonts w:ascii="Segoe UI" w:hAnsi="Segoe UI" w:cs="Segoe UI"/>
              </w:rPr>
            </w:pPr>
            <w:r w:rsidRPr="00C24889">
              <w:rPr>
                <w:rFonts w:ascii="Segoe UI" w:hAnsi="Segoe UI" w:cs="Segoe UI"/>
                <w:sz w:val="17"/>
              </w:rPr>
              <w:t>Correo electrónico del acompañante</w:t>
            </w:r>
          </w:p>
        </w:tc>
        <w:tc>
          <w:tcPr>
            <w:tcW w:w="6624" w:type="dxa"/>
            <w:tcMar>
              <w:top w:w="70" w:type="dxa"/>
              <w:left w:w="90" w:type="dxa"/>
              <w:bottom w:w="70" w:type="dxa"/>
              <w:right w:w="90" w:type="dxa"/>
            </w:tcMar>
            <w:vAlign w:val="center"/>
          </w:tcPr>
          <w:p w:rsidRPr="00C24889" w:rsidR="005F6261" w:rsidRDefault="005F6261" w14:paraId="2FE54A64" w14:textId="77777777">
            <w:pPr>
              <w:keepLines/>
              <w:spacing w:after="0"/>
              <w:rPr>
                <w:rFonts w:ascii="Segoe UI" w:hAnsi="Segoe UI" w:cs="Segoe UI"/>
              </w:rPr>
            </w:pPr>
          </w:p>
        </w:tc>
      </w:tr>
      <w:tr w:rsidRPr="00C24889" w:rsidR="005F6261" w:rsidTr="352CB182" w14:paraId="4E59E6AB" w14:textId="77777777">
        <w:trPr>
          <w:jc w:val="center"/>
        </w:trPr>
        <w:tc>
          <w:tcPr>
            <w:tcW w:w="3600" w:type="dxa"/>
            <w:tcMar>
              <w:top w:w="70" w:type="dxa"/>
              <w:left w:w="90" w:type="dxa"/>
              <w:bottom w:w="70" w:type="dxa"/>
              <w:right w:w="90" w:type="dxa"/>
            </w:tcMar>
            <w:vAlign w:val="center"/>
          </w:tcPr>
          <w:p w:rsidRPr="00C24889" w:rsidR="005F6261" w:rsidRDefault="0011589F" w14:paraId="29DD3200" w14:textId="77777777">
            <w:pPr>
              <w:keepLines/>
              <w:spacing w:after="0"/>
              <w:rPr>
                <w:rFonts w:ascii="Segoe UI" w:hAnsi="Segoe UI" w:cs="Segoe UI"/>
              </w:rPr>
            </w:pPr>
            <w:r w:rsidRPr="00C24889">
              <w:rPr>
                <w:rFonts w:ascii="Segoe UI" w:hAnsi="Segoe UI" w:cs="Segoe UI"/>
                <w:sz w:val="17"/>
              </w:rPr>
              <w:t>Teléfono del acompañante</w:t>
            </w:r>
          </w:p>
        </w:tc>
        <w:tc>
          <w:tcPr>
            <w:tcW w:w="6624" w:type="dxa"/>
            <w:tcMar>
              <w:top w:w="70" w:type="dxa"/>
              <w:left w:w="90" w:type="dxa"/>
              <w:bottom w:w="70" w:type="dxa"/>
              <w:right w:w="90" w:type="dxa"/>
            </w:tcMar>
            <w:vAlign w:val="center"/>
          </w:tcPr>
          <w:p w:rsidRPr="00C24889" w:rsidR="005F6261" w:rsidRDefault="0011589F" w14:paraId="25D3EDE3" w14:textId="24346398">
            <w:pPr>
              <w:keepLines/>
              <w:spacing w:after="0"/>
              <w:rPr>
                <w:rFonts w:ascii="Segoe UI" w:hAnsi="Segoe UI" w:cs="Segoe UI"/>
              </w:rPr>
            </w:pPr>
            <w:r w:rsidRPr="00C24889">
              <w:rPr>
                <w:rFonts w:ascii="Segoe UI" w:hAnsi="Segoe UI" w:cs="Segoe UI"/>
                <w:sz w:val="17"/>
              </w:rPr>
              <w:t xml:space="preserve">9 ____ ____  </w:t>
            </w:r>
            <w:r w:rsidR="00C24889">
              <w:rPr>
                <w:rFonts w:ascii="Segoe UI" w:hAnsi="Segoe UI" w:cs="Segoe UI"/>
                <w:sz w:val="17"/>
              </w:rPr>
              <w:t xml:space="preserve"> </w:t>
            </w:r>
            <w:r w:rsidRPr="00C24889">
              <w:rPr>
                <w:rFonts w:ascii="Segoe UI" w:hAnsi="Segoe UI" w:cs="Segoe UI"/>
                <w:sz w:val="17"/>
              </w:rPr>
              <w:t>(9 dígitos)</w:t>
            </w:r>
          </w:p>
        </w:tc>
      </w:tr>
    </w:tbl>
    <w:tbl>
      <w:tblPr>
        <w:tblW w:w="0" w:type="auto"/>
        <w:jc w:val="center"/>
        <w:tblLook w:val="04A0" w:firstRow="1" w:lastRow="0" w:firstColumn="1" w:lastColumn="0" w:noHBand="0" w:noVBand="1"/>
      </w:tblPr>
      <w:tblGrid>
        <w:gridCol w:w="10368"/>
      </w:tblGrid>
      <w:tr w:rsidRPr="00C24889" w:rsidR="005F6261" w14:paraId="2E2E7B64" w14:textId="77777777">
        <w:trPr>
          <w:jc w:val="center"/>
        </w:trPr>
        <w:tc>
          <w:tcPr>
            <w:tcW w:w="10368" w:type="dxa"/>
            <w:shd w:val="clear" w:color="auto" w:fill="FFF4D6"/>
            <w:tcMar>
              <w:top w:w="90" w:type="dxa"/>
              <w:left w:w="110" w:type="dxa"/>
              <w:bottom w:w="90" w:type="dxa"/>
              <w:right w:w="110" w:type="dxa"/>
            </w:tcMar>
          </w:tcPr>
          <w:p w:rsidRPr="00C24889" w:rsidR="005F6261" w:rsidP="00C24889" w:rsidRDefault="0011589F" w14:paraId="69F319B7" w14:textId="77777777">
            <w:pPr>
              <w:keepLines/>
              <w:spacing w:after="0"/>
              <w:jc w:val="both"/>
              <w:rPr>
                <w:rFonts w:ascii="Segoe UI" w:hAnsi="Segoe UI" w:cs="Segoe UI"/>
              </w:rPr>
            </w:pPr>
            <w:r w:rsidRPr="00C24889">
              <w:rPr>
                <w:rFonts w:ascii="Segoe UI" w:hAnsi="Segoe UI" w:cs="Segoe UI"/>
                <w:b/>
                <w:color w:val="263238"/>
                <w:sz w:val="17"/>
              </w:rPr>
              <w:t xml:space="preserve">Resguardo institucional: </w:t>
            </w:r>
            <w:r w:rsidRPr="00C24889">
              <w:rPr>
                <w:rFonts w:ascii="Segoe UI" w:hAnsi="Segoe UI" w:cs="Segoe UI"/>
                <w:sz w:val="17"/>
              </w:rPr>
              <w:t>AIEP no provee servicios de apoyo personal para el uso de espacios como baños u otros servicios personales; el estudiante debe ser autónomo en su uso o contar con un acompañante autorizado. El acompañante no debe interferir en el desarrollo de las actividades académicas ni en los procesos institucionales.</w:t>
            </w:r>
          </w:p>
        </w:tc>
      </w:tr>
    </w:tbl>
    <w:p w:rsidRPr="00C24889" w:rsidR="005F6261" w:rsidRDefault="005F6261" w14:paraId="4840731C" w14:textId="77777777">
      <w:pPr>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14:paraId="14992AFD" w14:textId="77777777">
        <w:trPr>
          <w:jc w:val="center"/>
        </w:trPr>
        <w:tc>
          <w:tcPr>
            <w:tcW w:w="10368" w:type="dxa"/>
            <w:shd w:val="clear" w:color="auto" w:fill="005A9C"/>
            <w:tcMar>
              <w:top w:w="80" w:type="dxa"/>
              <w:left w:w="110" w:type="dxa"/>
              <w:bottom w:w="80" w:type="dxa"/>
              <w:right w:w="110" w:type="dxa"/>
            </w:tcMar>
          </w:tcPr>
          <w:p w:rsidRPr="00C24889" w:rsidR="005F6261" w:rsidRDefault="0011589F" w14:paraId="6B8CD375" w14:textId="77777777">
            <w:pPr>
              <w:keepNext/>
              <w:keepLines/>
              <w:spacing w:after="0"/>
              <w:rPr>
                <w:rFonts w:ascii="Segoe UI" w:hAnsi="Segoe UI" w:cs="Segoe UI"/>
              </w:rPr>
            </w:pPr>
            <w:r w:rsidRPr="00C24889">
              <w:rPr>
                <w:rFonts w:ascii="Segoe UI" w:hAnsi="Segoe UI" w:cs="Segoe UI"/>
                <w:b/>
                <w:color w:val="FFFFFF"/>
                <w:sz w:val="22"/>
              </w:rPr>
              <w:t>5.3. ACCESO Y SERVICIOS BÁSICOS DE INFRAESTRUCTURA — SALA DE CLASES</w:t>
            </w:r>
          </w:p>
        </w:tc>
      </w:tr>
    </w:tbl>
    <w:p w:rsidRPr="00C24889" w:rsidR="005F6261" w:rsidRDefault="005F6261" w14:paraId="5312EC93" w14:textId="77777777">
      <w:pPr>
        <w:keepNext/>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rsidTr="352CB182" w14:paraId="68D7D55C" w14:textId="77777777">
        <w:trPr>
          <w:jc w:val="center"/>
        </w:trPr>
        <w:tc>
          <w:tcPr>
            <w:tcW w:w="10368" w:type="dxa"/>
            <w:shd w:val="clear" w:color="auto" w:fill="EAF4FB"/>
            <w:tcMar>
              <w:top w:w="90" w:type="dxa"/>
              <w:left w:w="110" w:type="dxa"/>
              <w:bottom w:w="90" w:type="dxa"/>
              <w:right w:w="110" w:type="dxa"/>
            </w:tcMar>
          </w:tcPr>
          <w:p w:rsidRPr="00C24889" w:rsidR="005F6261" w:rsidP="352CB182" w:rsidRDefault="0011589F" w14:paraId="180A93E1" w14:textId="77777777">
            <w:pPr>
              <w:keepLines/>
              <w:spacing w:after="0"/>
              <w:jc w:val="both"/>
              <w:rPr>
                <w:rFonts w:ascii="Segoe UI" w:hAnsi="Segoe UI" w:cs="Segoe UI"/>
              </w:rPr>
            </w:pPr>
            <w:r w:rsidRPr="00C24889">
              <w:rPr>
                <w:rFonts w:ascii="Segoe UI" w:hAnsi="Segoe UI" w:cs="Segoe UI"/>
                <w:b/>
                <w:bCs/>
                <w:color w:val="263238"/>
                <w:sz w:val="17"/>
                <w:szCs w:val="17"/>
              </w:rPr>
              <w:t xml:space="preserve">¿A qué hace referencia?: </w:t>
            </w:r>
            <w:r w:rsidRPr="00C24889">
              <w:rPr>
                <w:rFonts w:ascii="Segoe UI" w:hAnsi="Segoe UI" w:cs="Segoe UI"/>
                <w:sz w:val="17"/>
                <w:szCs w:val="17"/>
              </w:rPr>
              <w:t>Mecanismos que buscan garantizar condiciones de accesibilidad y seguridad dentro del entorno académico, considerando la ubicación del aula, el mobiliario y la distribución del espacio, siempre que las condiciones estructurales y normativas vigentes lo permitan.</w:t>
            </w:r>
          </w:p>
        </w:tc>
      </w:tr>
    </w:tbl>
    <w:p w:rsidRPr="00C24889" w:rsidR="005F6261" w:rsidRDefault="005F6261" w14:paraId="3B211439" w14:textId="77777777">
      <w:pPr>
        <w:spacing w:after="0"/>
        <w:rPr>
          <w:rFonts w:ascii="Segoe UI" w:hAnsi="Segoe UI" w:cs="Segoe UI"/>
        </w:rPr>
      </w:pPr>
    </w:p>
    <w:p w:rsidRPr="00C24889" w:rsidR="005F6261" w:rsidRDefault="0011589F" w14:paraId="7F119476" w14:textId="77777777">
      <w:pPr>
        <w:rPr>
          <w:rFonts w:ascii="Segoe UI" w:hAnsi="Segoe UI" w:cs="Segoe UI"/>
        </w:rPr>
      </w:pPr>
      <w:r w:rsidRPr="00C24889">
        <w:rPr>
          <w:rFonts w:ascii="Segoe UI Symbol" w:hAnsi="Segoe UI Symbol" w:cs="Segoe UI Symbol"/>
          <w:b/>
          <w:color w:val="005A9C"/>
        </w:rPr>
        <w:t>☐</w:t>
      </w:r>
      <w:r w:rsidRPr="00C24889">
        <w:rPr>
          <w:rFonts w:ascii="Segoe UI" w:hAnsi="Segoe UI" w:cs="Segoe UI"/>
          <w:b/>
          <w:color w:val="005A9C"/>
        </w:rPr>
        <w:t xml:space="preserve"> Ubicación del aula</w:t>
      </w:r>
    </w:p>
    <w:p w:rsidRPr="00C24889" w:rsidR="005F6261" w:rsidRDefault="0011589F" w14:paraId="60797730" w14:textId="77777777">
      <w:pPr>
        <w:pStyle w:val="SmallNote"/>
        <w:rPr>
          <w:rFonts w:ascii="Segoe UI" w:hAnsi="Segoe UI" w:cs="Segoe UI"/>
        </w:rPr>
      </w:pPr>
      <w:r w:rsidRPr="00C24889">
        <w:rPr>
          <w:rFonts w:ascii="Segoe UI" w:hAnsi="Segoe UI" w:cs="Segoe UI"/>
        </w:rPr>
        <w:t>Aula en planta baja, primer piso o cercana a ascensores, sin barreras arquitectónicas y con iluminación y señalización adecuadas.</w:t>
      </w:r>
    </w:p>
    <w:p w:rsidRPr="00C24889" w:rsidR="005F6261" w:rsidRDefault="0011589F" w14:paraId="2EDE6440" w14:textId="77777777">
      <w:pPr>
        <w:rPr>
          <w:rFonts w:ascii="Segoe UI" w:hAnsi="Segoe UI" w:cs="Segoe UI"/>
        </w:rPr>
      </w:pPr>
      <w:r w:rsidRPr="00C24889">
        <w:rPr>
          <w:rFonts w:ascii="Segoe UI Symbol" w:hAnsi="Segoe UI Symbol" w:cs="Segoe UI Symbol"/>
          <w:b/>
          <w:color w:val="005A9C"/>
        </w:rPr>
        <w:t>☐</w:t>
      </w:r>
      <w:r w:rsidRPr="00C24889">
        <w:rPr>
          <w:rFonts w:ascii="Segoe UI" w:hAnsi="Segoe UI" w:cs="Segoe UI"/>
          <w:b/>
          <w:color w:val="005A9C"/>
        </w:rPr>
        <w:t xml:space="preserve"> Organización del espacio al interior del aula y mobiliario accesible</w:t>
      </w:r>
    </w:p>
    <w:p w:rsidRPr="00C24889" w:rsidR="005F6261" w:rsidRDefault="0011589F" w14:paraId="24B8AFBD" w14:textId="77777777">
      <w:pPr>
        <w:pStyle w:val="SmallNote"/>
        <w:rPr>
          <w:rFonts w:ascii="Segoe UI" w:hAnsi="Segoe UI" w:cs="Segoe UI"/>
        </w:rPr>
      </w:pPr>
      <w:r w:rsidRPr="00C24889">
        <w:rPr>
          <w:rFonts w:ascii="Segoe UI" w:hAnsi="Segoe UI" w:cs="Segoe UI"/>
        </w:rPr>
        <w:t>Organización del espacio y del mobiliario disponible para facilitar la movilidad y visibilidad, sin requerir modificaciones estructurales significativas.</w:t>
      </w:r>
    </w:p>
    <w:p w:rsidRPr="00C24889" w:rsidR="005F6261" w:rsidRDefault="0011589F" w14:paraId="5C3A99E2" w14:textId="77777777">
      <w:pPr>
        <w:rPr>
          <w:rFonts w:ascii="Segoe UI" w:hAnsi="Segoe UI" w:cs="Segoe UI"/>
        </w:rPr>
      </w:pPr>
      <w:r w:rsidRPr="00C24889">
        <w:rPr>
          <w:rFonts w:ascii="Segoe UI Symbol" w:hAnsi="Segoe UI Symbol" w:cs="Segoe UI Symbol"/>
          <w:b/>
          <w:color w:val="005A9C"/>
        </w:rPr>
        <w:t>☐</w:t>
      </w:r>
      <w:r w:rsidRPr="00C24889">
        <w:rPr>
          <w:rFonts w:ascii="Segoe UI" w:hAnsi="Segoe UI" w:cs="Segoe UI"/>
          <w:b/>
          <w:color w:val="005A9C"/>
        </w:rPr>
        <w:t xml:space="preserve"> Disposición del espacio al interior del aula</w:t>
      </w:r>
    </w:p>
    <w:p w:rsidRPr="00C24889" w:rsidR="005F6261" w:rsidRDefault="0011589F" w14:paraId="4F2E6418" w14:textId="77777777">
      <w:pPr>
        <w:pStyle w:val="SmallNote"/>
        <w:rPr>
          <w:rFonts w:ascii="Segoe UI" w:hAnsi="Segoe UI" w:cs="Segoe UI"/>
        </w:rPr>
      </w:pPr>
      <w:r w:rsidRPr="00C24889">
        <w:rPr>
          <w:rFonts w:ascii="Segoe UI" w:hAnsi="Segoe UI" w:cs="Segoe UI"/>
        </w:rPr>
        <w:t>Ubicación del estudiante en zonas de buena visibilidad, cercanas a la puerta y a puntos de conexión eléctrica, con iluminación uniforme.</w:t>
      </w:r>
    </w:p>
    <w:p w:rsidRPr="00C24889" w:rsidR="005F6261" w:rsidRDefault="005F6261" w14:paraId="41C2C343" w14:textId="77777777">
      <w:pPr>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14:paraId="3FF0D2F6" w14:textId="77777777">
        <w:trPr>
          <w:jc w:val="center"/>
        </w:trPr>
        <w:tc>
          <w:tcPr>
            <w:tcW w:w="10368" w:type="dxa"/>
            <w:shd w:val="clear" w:color="auto" w:fill="005A9C"/>
            <w:tcMar>
              <w:top w:w="80" w:type="dxa"/>
              <w:left w:w="110" w:type="dxa"/>
              <w:bottom w:w="80" w:type="dxa"/>
              <w:right w:w="110" w:type="dxa"/>
            </w:tcMar>
          </w:tcPr>
          <w:p w:rsidRPr="00C24889" w:rsidR="005F6261" w:rsidRDefault="0011589F" w14:paraId="67C9B34F" w14:textId="77777777">
            <w:pPr>
              <w:keepNext/>
              <w:keepLines/>
              <w:spacing w:after="0"/>
              <w:rPr>
                <w:rFonts w:ascii="Segoe UI" w:hAnsi="Segoe UI" w:cs="Segoe UI"/>
              </w:rPr>
            </w:pPr>
            <w:r w:rsidRPr="00C24889">
              <w:rPr>
                <w:rFonts w:ascii="Segoe UI" w:hAnsi="Segoe UI" w:cs="Segoe UI"/>
                <w:b/>
                <w:color w:val="FFFFFF"/>
                <w:sz w:val="22"/>
              </w:rPr>
              <w:t>5.4. DESCRIPCIÓN DE LOS MECANISMOS DE APOYO SOLICITADOS</w:t>
            </w:r>
          </w:p>
        </w:tc>
      </w:tr>
    </w:tbl>
    <w:p w:rsidRPr="00C24889" w:rsidR="005F6261" w:rsidRDefault="005F6261" w14:paraId="14DA0B79" w14:textId="77777777">
      <w:pPr>
        <w:keepNext/>
        <w:spacing w:after="0"/>
        <w:rPr>
          <w:rFonts w:ascii="Segoe UI" w:hAnsi="Segoe UI" w:cs="Segoe UI"/>
        </w:rPr>
      </w:pPr>
    </w:p>
    <w:p w:rsidRPr="00C24889" w:rsidR="005F6261" w:rsidRDefault="0011589F" w14:paraId="0BF6EE36" w14:textId="77777777">
      <w:pPr>
        <w:pStyle w:val="SmallNote"/>
        <w:rPr>
          <w:rFonts w:ascii="Segoe UI" w:hAnsi="Segoe UI" w:cs="Segoe UI"/>
        </w:rPr>
      </w:pPr>
      <w:r w:rsidRPr="00C24889">
        <w:rPr>
          <w:rFonts w:ascii="Segoe UI" w:hAnsi="Segoe UI" w:cs="Segoe UI"/>
        </w:rPr>
        <w:t>Describa los mecanismos que solicita y por qué los necesita.</w:t>
      </w:r>
    </w:p>
    <w:p w:rsidRPr="00C24889" w:rsidR="005F6261" w:rsidRDefault="0011589F" w14:paraId="1B1D4B83" w14:textId="77777777">
      <w:pPr>
        <w:pStyle w:val="SmallNote"/>
        <w:rPr>
          <w:rFonts w:ascii="Segoe UI" w:hAnsi="Segoe UI" w:cs="Segoe UI"/>
        </w:rPr>
      </w:pPr>
      <w:r w:rsidRPr="00C24889">
        <w:rPr>
          <w:rFonts w:ascii="Segoe UI" w:hAnsi="Segoe UI" w:cs="Segoe UI"/>
        </w:rPr>
        <w:t>Ejemplo guía: “Solicito extensión de tiempo en evaluaciones debido a que requiero mayor tiempo para procesar la información y responder con precisión. Además, necesito material de estudio en formato digital para mejorar mi comprensión. También solicito la posibilidad de realizar evaluaciones en un ambiente con menos distracciones para favorecer mi concentración”.</w:t>
      </w:r>
    </w:p>
    <w:p w:rsidRPr="00C24889" w:rsidR="005F6261" w:rsidRDefault="0011589F" w14:paraId="4DE6956A" w14:textId="77777777">
      <w:pPr>
        <w:pStyle w:val="SmallNote"/>
        <w:rPr>
          <w:rFonts w:ascii="Segoe UI" w:hAnsi="Segoe UI" w:cs="Segoe UI"/>
        </w:rPr>
      </w:pPr>
      <w:r w:rsidRPr="00C24889">
        <w:rPr>
          <w:rFonts w:ascii="Segoe UI" w:hAnsi="Segoe UI" w:cs="Segoe UI"/>
        </w:rPr>
        <w:t>________________________________________________________________________________________________</w:t>
      </w:r>
    </w:p>
    <w:p w:rsidRPr="00C24889" w:rsidR="005F6261" w:rsidRDefault="0011589F" w14:paraId="21FEDF86" w14:textId="77777777">
      <w:pPr>
        <w:pStyle w:val="SmallNote"/>
        <w:rPr>
          <w:rFonts w:ascii="Segoe UI" w:hAnsi="Segoe UI" w:cs="Segoe UI"/>
        </w:rPr>
      </w:pPr>
      <w:r w:rsidRPr="00C24889">
        <w:rPr>
          <w:rFonts w:ascii="Segoe UI" w:hAnsi="Segoe UI" w:cs="Segoe UI"/>
        </w:rPr>
        <w:t>________________________________________________________________________________________________</w:t>
      </w:r>
    </w:p>
    <w:p w:rsidRPr="00C24889" w:rsidR="005F6261" w:rsidRDefault="0011589F" w14:paraId="49D1CD41" w14:textId="77777777">
      <w:pPr>
        <w:pStyle w:val="SmallNote"/>
        <w:rPr>
          <w:rFonts w:ascii="Segoe UI" w:hAnsi="Segoe UI" w:cs="Segoe UI"/>
        </w:rPr>
      </w:pPr>
      <w:r w:rsidRPr="00C24889">
        <w:rPr>
          <w:rFonts w:ascii="Segoe UI" w:hAnsi="Segoe UI" w:cs="Segoe UI"/>
        </w:rPr>
        <w:t>________________________________________________________________________________________________</w:t>
      </w:r>
    </w:p>
    <w:p w:rsidRPr="00C24889" w:rsidR="005F6261" w:rsidRDefault="0011589F" w14:paraId="10BC0B96" w14:textId="77777777">
      <w:pPr>
        <w:pStyle w:val="SmallNote"/>
        <w:rPr>
          <w:rFonts w:ascii="Segoe UI" w:hAnsi="Segoe UI" w:cs="Segoe UI"/>
        </w:rPr>
      </w:pPr>
      <w:r w:rsidRPr="00C24889">
        <w:rPr>
          <w:rFonts w:ascii="Segoe UI" w:hAnsi="Segoe UI" w:cs="Segoe UI"/>
        </w:rPr>
        <w:t>________________________________________________________________________________________________</w:t>
      </w:r>
    </w:p>
    <w:p w:rsidRPr="00C24889" w:rsidR="005F6261" w:rsidRDefault="0011589F" w14:paraId="19152C39" w14:textId="77777777">
      <w:pPr>
        <w:pStyle w:val="SmallNote"/>
        <w:rPr>
          <w:rFonts w:ascii="Segoe UI" w:hAnsi="Segoe UI" w:cs="Segoe UI"/>
        </w:rPr>
      </w:pPr>
      <w:r w:rsidRPr="00C24889">
        <w:rPr>
          <w:rFonts w:ascii="Segoe UI" w:hAnsi="Segoe UI" w:cs="Segoe UI"/>
        </w:rPr>
        <w:t>________________________________________________________________________________________________</w:t>
      </w:r>
    </w:p>
    <w:p w:rsidRPr="00C24889" w:rsidR="005F6261" w:rsidRDefault="0011589F" w14:paraId="5C4E390F" w14:textId="77777777">
      <w:pPr>
        <w:pStyle w:val="SmallNote"/>
        <w:rPr>
          <w:rFonts w:ascii="Segoe UI" w:hAnsi="Segoe UI" w:cs="Segoe UI"/>
        </w:rPr>
      </w:pPr>
      <w:r w:rsidRPr="00C24889">
        <w:rPr>
          <w:rFonts w:ascii="Segoe UI" w:hAnsi="Segoe UI" w:cs="Segoe UI"/>
        </w:rPr>
        <w:t>________________________________________________________________________________________________</w:t>
      </w:r>
    </w:p>
    <w:p w:rsidRPr="00C24889" w:rsidR="005F6261" w:rsidRDefault="005F6261" w14:paraId="3FEFD0B0" w14:textId="77777777">
      <w:pPr>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14:paraId="386D637A" w14:textId="77777777">
        <w:trPr>
          <w:jc w:val="center"/>
        </w:trPr>
        <w:tc>
          <w:tcPr>
            <w:tcW w:w="10368" w:type="dxa"/>
            <w:shd w:val="clear" w:color="auto" w:fill="005A9C"/>
            <w:tcMar>
              <w:top w:w="80" w:type="dxa"/>
              <w:left w:w="110" w:type="dxa"/>
              <w:bottom w:w="80" w:type="dxa"/>
              <w:right w:w="110" w:type="dxa"/>
            </w:tcMar>
          </w:tcPr>
          <w:p w:rsidRPr="00C24889" w:rsidR="005F6261" w:rsidRDefault="0011589F" w14:paraId="6E25BA6A" w14:textId="77777777">
            <w:pPr>
              <w:keepNext/>
              <w:keepLines/>
              <w:spacing w:after="0"/>
              <w:rPr>
                <w:rFonts w:ascii="Segoe UI" w:hAnsi="Segoe UI" w:cs="Segoe UI"/>
              </w:rPr>
            </w:pPr>
            <w:r w:rsidRPr="00C24889">
              <w:rPr>
                <w:rFonts w:ascii="Segoe UI" w:hAnsi="Segoe UI" w:cs="Segoe UI"/>
                <w:b/>
                <w:color w:val="FFFFFF"/>
                <w:sz w:val="22"/>
              </w:rPr>
              <w:t>6. DOCUMENTOS QUE SE DEBEN ADJUNTAR</w:t>
            </w:r>
          </w:p>
        </w:tc>
      </w:tr>
    </w:tbl>
    <w:p w:rsidRPr="00C24889" w:rsidR="005F6261" w:rsidRDefault="005F6261" w14:paraId="578E199C" w14:textId="77777777">
      <w:pPr>
        <w:keepNext/>
        <w:spacing w:after="0"/>
        <w:rPr>
          <w:rFonts w:ascii="Segoe UI" w:hAnsi="Segoe UI" w:cs="Segoe UI"/>
        </w:rPr>
      </w:pPr>
    </w:p>
    <w:p w:rsidRPr="00C24889" w:rsidR="005F6261" w:rsidRDefault="0011589F" w14:paraId="01794ACB" w14:textId="77777777">
      <w:pPr>
        <w:rPr>
          <w:rFonts w:ascii="Segoe UI" w:hAnsi="Segoe UI" w:cs="Segoe UI"/>
        </w:rPr>
      </w:pPr>
      <w:r w:rsidRPr="00C24889">
        <w:rPr>
          <w:rFonts w:ascii="Segoe UI" w:hAnsi="Segoe UI" w:cs="Segoe UI"/>
          <w:b/>
        </w:rPr>
        <w:t>Adjunte solo los documentos que correspondan a su condición y a los mecanismos seleccionados. Marque los que entrega:</w:t>
      </w:r>
    </w:p>
    <w:p w:rsidRPr="00C24889" w:rsidR="005F6261" w:rsidRDefault="0011589F" w14:paraId="25370E69" w14:textId="77777777">
      <w:pPr>
        <w:pStyle w:val="Heading2"/>
        <w:rPr>
          <w:rFonts w:ascii="Segoe UI" w:hAnsi="Segoe UI" w:cs="Segoe UI"/>
        </w:rPr>
      </w:pPr>
      <w:r w:rsidRPr="00C24889">
        <w:rPr>
          <w:rFonts w:ascii="Segoe UI" w:hAnsi="Segoe UI" w:cs="Segoe UI"/>
        </w:rPr>
        <w:t>Acreditación de la condición (obligatorio)</w:t>
      </w:r>
    </w:p>
    <w:p w:rsidRPr="00C24889" w:rsidR="005F6261" w:rsidRDefault="0011589F" w14:paraId="4C30A29E"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Discapacidad: credencial de discapacidad emitida por el Registro Civil, con una antigüedad máxima de 60 días.</w:t>
      </w:r>
    </w:p>
    <w:p w:rsidRPr="00C24889" w:rsidR="005F6261" w:rsidRDefault="0011589F" w14:paraId="00DB6FE4"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Neurodivergencia (TEA, TDAH u otra condición neurológica): informe de neurólogo/a y/o psiquiatra, emitido dentro de los últimos 6 meses.</w:t>
      </w:r>
    </w:p>
    <w:p w:rsidRPr="00C24889" w:rsidR="005F6261" w:rsidRDefault="0011589F" w14:paraId="7D602995"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Afección psiquiátrica: informe de psiquiatra, emitido dentro de los últimos 6 meses.</w:t>
      </w:r>
    </w:p>
    <w:p w:rsidRPr="00C24889" w:rsidR="005F6261" w:rsidRDefault="0011589F" w14:paraId="6D283C54" w14:textId="77777777">
      <w:pPr>
        <w:pStyle w:val="Heading2"/>
        <w:rPr>
          <w:rFonts w:ascii="Segoe UI" w:hAnsi="Segoe UI" w:cs="Segoe UI"/>
        </w:rPr>
      </w:pPr>
      <w:r w:rsidRPr="00C24889">
        <w:rPr>
          <w:rFonts w:ascii="Segoe UI" w:hAnsi="Segoe UI" w:cs="Segoe UI"/>
        </w:rPr>
        <w:t>Tutor/a y/o aceptante</w:t>
      </w:r>
    </w:p>
    <w:p w:rsidRPr="00C24889" w:rsidR="005F6261" w:rsidRDefault="0011589F" w14:paraId="3B9F49FE"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Respaldo de que la persona figura como aceptante en el contrato de matrícula de AIEP.</w:t>
      </w:r>
    </w:p>
    <w:p w:rsidRPr="00C24889" w:rsidR="005F6261" w:rsidRDefault="0011589F" w14:paraId="68E66944" w14:textId="77777777">
      <w:pPr>
        <w:pStyle w:val="Heading2"/>
        <w:rPr>
          <w:rFonts w:ascii="Segoe UI" w:hAnsi="Segoe UI" w:cs="Segoe UI"/>
        </w:rPr>
      </w:pPr>
      <w:r w:rsidRPr="00C24889">
        <w:rPr>
          <w:rFonts w:ascii="Segoe UI" w:hAnsi="Segoe UI" w:cs="Segoe UI"/>
        </w:rPr>
        <w:t>Cuidador/a</w:t>
      </w:r>
    </w:p>
    <w:p w:rsidRPr="00C24889" w:rsidR="005F6261" w:rsidRDefault="0011589F" w14:paraId="6A61474B" w14:textId="1ABD83F8">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Credencial de persona cuidadora (acreditación vía ChileAtiende)</w:t>
      </w:r>
      <w:r w:rsidR="00C24889">
        <w:rPr>
          <w:rFonts w:ascii="Segoe UI" w:hAnsi="Segoe UI" w:cs="Segoe UI"/>
        </w:rPr>
        <w:t xml:space="preserve"> o vía Registro Social de Hogares.</w:t>
      </w:r>
    </w:p>
    <w:p w:rsidRPr="00C24889" w:rsidR="005F6261" w:rsidRDefault="0011589F" w14:paraId="30F8F02C" w14:textId="77777777">
      <w:pPr>
        <w:pStyle w:val="Heading2"/>
        <w:rPr>
          <w:rFonts w:ascii="Segoe UI" w:hAnsi="Segoe UI" w:cs="Segoe UI"/>
        </w:rPr>
      </w:pPr>
      <w:r w:rsidRPr="00C24889">
        <w:rPr>
          <w:rFonts w:ascii="Segoe UI" w:hAnsi="Segoe UI" w:cs="Segoe UI"/>
        </w:rPr>
        <w:t>Intérprete de Lengua de Señas</w:t>
      </w:r>
    </w:p>
    <w:p w:rsidRPr="00C24889" w:rsidR="005F6261" w:rsidRDefault="0011589F" w14:paraId="59229F59"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Acreditación de ASOCH y/o ChileValora u otra institución reconocida.</w:t>
      </w:r>
    </w:p>
    <w:p w:rsidRPr="00C24889" w:rsidR="005F6261" w:rsidRDefault="0011589F" w14:paraId="20481198" w14:textId="77777777">
      <w:pPr>
        <w:pStyle w:val="Heading2"/>
        <w:rPr>
          <w:rFonts w:ascii="Segoe UI" w:hAnsi="Segoe UI" w:cs="Segoe UI"/>
        </w:rPr>
      </w:pPr>
      <w:r w:rsidRPr="00C24889">
        <w:rPr>
          <w:rFonts w:ascii="Segoe UI" w:hAnsi="Segoe UI" w:cs="Segoe UI"/>
        </w:rPr>
        <w:t>Perro de asistencia</w:t>
      </w:r>
    </w:p>
    <w:p w:rsidRPr="00C24889" w:rsidR="005F6261" w:rsidRDefault="0011589F" w14:paraId="07D7BC27"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Credencial oficial que identifique a la persona usuaria y al perro, e identificación oficial del animal (arnés, peto o medalla).</w:t>
      </w:r>
    </w:p>
    <w:p w:rsidRPr="00C24889" w:rsidR="005F6261" w:rsidRDefault="0011589F" w14:paraId="7A59E607"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Certificado de médico veterinario: buen estado de salud, vacunas al día (antirrábica obligatoria), desparasitación y sin enfermedades transmisibles.</w:t>
      </w:r>
    </w:p>
    <w:p w:rsidRPr="00C24889" w:rsidR="005F6261" w:rsidRDefault="0011589F" w14:paraId="65DA8DC8"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Inscripción en el Registro Nacional de Mascotas o Animales de Compañía, con microchip ISO 11784.</w:t>
      </w:r>
    </w:p>
    <w:p w:rsidRPr="00C24889" w:rsidR="005F6261" w:rsidRDefault="0011589F" w14:paraId="0C7E1996" w14:textId="77777777">
      <w:pPr>
        <w:pStyle w:val="Heading2"/>
        <w:rPr>
          <w:rFonts w:ascii="Segoe UI" w:hAnsi="Segoe UI" w:cs="Segoe UI"/>
        </w:rPr>
      </w:pPr>
      <w:r w:rsidRPr="00C24889">
        <w:rPr>
          <w:rFonts w:ascii="Segoe UI" w:hAnsi="Segoe UI" w:cs="Segoe UI"/>
        </w:rPr>
        <w:t>Perro de apoyo emocional</w:t>
      </w:r>
    </w:p>
    <w:p w:rsidRPr="00C24889" w:rsidR="005F6261" w:rsidRDefault="0011589F" w14:paraId="5CA8407E"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Certificado de psicólogo/a o psiquiatra que acredite la necesidad del animal y que su presencia es parte del tratamiento.</w:t>
      </w:r>
    </w:p>
    <w:p w:rsidRPr="00C24889" w:rsidR="005F6261" w:rsidRDefault="0011589F" w14:paraId="3DBF1A09"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Certificado de médico veterinario con control anual vigente: vacunas (antirrábica obligatoria), desparasitación y certificado de salud.</w:t>
      </w:r>
    </w:p>
    <w:p w:rsidRPr="00C24889" w:rsidR="005F6261" w:rsidRDefault="0011589F" w14:paraId="67569333" w14:textId="77777777">
      <w:pPr>
        <w:spacing w:after="40"/>
        <w:ind w:left="288"/>
        <w:rPr>
          <w:rFonts w:ascii="Segoe UI" w:hAnsi="Segoe UI" w:cs="Segoe UI"/>
        </w:rPr>
      </w:pPr>
      <w:r w:rsidRPr="00C24889">
        <w:rPr>
          <w:rFonts w:ascii="Segoe UI Symbol" w:hAnsi="Segoe UI Symbol" w:cs="Segoe UI Symbol"/>
        </w:rPr>
        <w:t>☐</w:t>
      </w:r>
      <w:r w:rsidRPr="00C24889">
        <w:rPr>
          <w:rFonts w:ascii="Segoe UI" w:hAnsi="Segoe UI" w:cs="Segoe UI"/>
        </w:rPr>
        <w:t xml:space="preserve"> Inscripción en el Registro Nacional de Mascotas o Animales de Compañía, con microchip ISO 11784.</w:t>
      </w:r>
    </w:p>
    <w:tbl>
      <w:tblPr>
        <w:tblW w:w="0" w:type="auto"/>
        <w:tblLook w:val="04A0" w:firstRow="1" w:lastRow="0" w:firstColumn="1" w:lastColumn="0" w:noHBand="0" w:noVBand="1"/>
      </w:tblPr>
      <w:tblGrid>
        <w:gridCol w:w="10368"/>
      </w:tblGrid>
      <w:tr w:rsidRPr="00C24889" w:rsidR="005F6261" w:rsidTr="00C24889" w14:paraId="38E8FFFE" w14:textId="77777777">
        <w:tc>
          <w:tcPr>
            <w:tcW w:w="10368" w:type="dxa"/>
            <w:shd w:val="clear" w:color="auto" w:fill="FFF4D6"/>
            <w:tcMar>
              <w:top w:w="90" w:type="dxa"/>
              <w:left w:w="110" w:type="dxa"/>
              <w:bottom w:w="90" w:type="dxa"/>
              <w:right w:w="110" w:type="dxa"/>
            </w:tcMar>
          </w:tcPr>
          <w:p w:rsidRPr="00C24889" w:rsidR="005F6261" w:rsidRDefault="0011589F" w14:paraId="7F59F3C0" w14:textId="77777777">
            <w:pPr>
              <w:keepLines/>
              <w:spacing w:after="0"/>
              <w:rPr>
                <w:rFonts w:ascii="Segoe UI" w:hAnsi="Segoe UI" w:cs="Segoe UI"/>
              </w:rPr>
            </w:pPr>
            <w:r w:rsidRPr="00C24889">
              <w:rPr>
                <w:rFonts w:ascii="Segoe UI" w:hAnsi="Segoe UI" w:cs="Segoe UI"/>
                <w:b/>
                <w:color w:val="263238"/>
                <w:sz w:val="17"/>
              </w:rPr>
              <w:t xml:space="preserve">Importante: </w:t>
            </w:r>
            <w:r w:rsidRPr="00C24889">
              <w:rPr>
                <w:rFonts w:ascii="Segoe UI" w:hAnsi="Segoe UI" w:cs="Segoe UI"/>
                <w:sz w:val="17"/>
              </w:rPr>
              <w:t>Revise que los documentos se encuentren dentro de la vigencia requerida. Las solicitudes que no cuenten con documentación válida no podrán ser evaluadas hasta que se adjunte el respaldo correspondiente.</w:t>
            </w:r>
          </w:p>
        </w:tc>
      </w:tr>
    </w:tbl>
    <w:p w:rsidRPr="00C24889" w:rsidR="005F6261" w:rsidRDefault="005F6261" w14:paraId="5DB174D6" w14:textId="77777777">
      <w:pPr>
        <w:spacing w:after="0"/>
        <w:rPr>
          <w:rFonts w:ascii="Segoe UI" w:hAnsi="Segoe UI" w:cs="Segoe UI"/>
        </w:rPr>
      </w:pPr>
    </w:p>
    <w:tbl>
      <w:tblPr>
        <w:tblW w:w="0" w:type="auto"/>
        <w:jc w:val="center"/>
        <w:tblLook w:val="04A0" w:firstRow="1" w:lastRow="0" w:firstColumn="1" w:lastColumn="0" w:noHBand="0" w:noVBand="1"/>
      </w:tblPr>
      <w:tblGrid>
        <w:gridCol w:w="10368"/>
      </w:tblGrid>
      <w:tr w:rsidRPr="00C24889" w:rsidR="005F6261" w14:paraId="43EFBD12" w14:textId="77777777">
        <w:trPr>
          <w:jc w:val="center"/>
        </w:trPr>
        <w:tc>
          <w:tcPr>
            <w:tcW w:w="10368" w:type="dxa"/>
            <w:shd w:val="clear" w:color="auto" w:fill="005A9C"/>
            <w:tcMar>
              <w:top w:w="80" w:type="dxa"/>
              <w:left w:w="110" w:type="dxa"/>
              <w:bottom w:w="80" w:type="dxa"/>
              <w:right w:w="110" w:type="dxa"/>
            </w:tcMar>
          </w:tcPr>
          <w:p w:rsidRPr="00C24889" w:rsidR="005F6261" w:rsidRDefault="0011589F" w14:paraId="7BDC0D1B" w14:textId="77777777">
            <w:pPr>
              <w:keepNext/>
              <w:keepLines/>
              <w:spacing w:after="0"/>
              <w:rPr>
                <w:rFonts w:ascii="Segoe UI" w:hAnsi="Segoe UI" w:cs="Segoe UI"/>
              </w:rPr>
            </w:pPr>
            <w:r w:rsidRPr="00C24889">
              <w:rPr>
                <w:rFonts w:ascii="Segoe UI" w:hAnsi="Segoe UI" w:cs="Segoe UI"/>
                <w:b/>
                <w:color w:val="FFFFFF"/>
                <w:sz w:val="22"/>
              </w:rPr>
              <w:t>7. DECLARACIÓN DE LA PERSONA ESTUDIANTE</w:t>
            </w:r>
          </w:p>
        </w:tc>
      </w:tr>
    </w:tbl>
    <w:p w:rsidRPr="00C24889" w:rsidR="005F6261" w:rsidRDefault="005F6261" w14:paraId="5F35238B" w14:textId="77777777">
      <w:pPr>
        <w:keepNext/>
        <w:spacing w:after="0"/>
        <w:rPr>
          <w:rFonts w:ascii="Segoe UI" w:hAnsi="Segoe UI" w:cs="Segoe UI"/>
        </w:rPr>
      </w:pPr>
    </w:p>
    <w:p w:rsidRPr="00C24889" w:rsidR="005F6261" w:rsidP="00C24889" w:rsidRDefault="0011589F" w14:paraId="14A17AB1" w14:textId="77777777">
      <w:pPr>
        <w:spacing w:after="40"/>
        <w:ind w:left="288"/>
        <w:jc w:val="both"/>
        <w:rPr>
          <w:rFonts w:ascii="Segoe UI" w:hAnsi="Segoe UI" w:cs="Segoe UI"/>
        </w:rPr>
      </w:pPr>
      <w:r w:rsidRPr="00C24889">
        <w:rPr>
          <w:rFonts w:ascii="Segoe UI Symbol" w:hAnsi="Segoe UI Symbol" w:cs="Segoe UI Symbol"/>
        </w:rPr>
        <w:t>☐</w:t>
      </w:r>
      <w:r w:rsidRPr="00C24889">
        <w:rPr>
          <w:rFonts w:ascii="Segoe UI" w:hAnsi="Segoe UI" w:cs="Segoe UI"/>
        </w:rPr>
        <w:t xml:space="preserve"> Declaro haber leído y aceptado los Lineamientos de Admisión y Apoyo para Estudiantes con Discapacidad de AIEP, comprendiendo que las adecuaciones otorgadas son menores y no modifican la malla curricular ni las competencias asociadas al perfil de egreso de la carrera que curso, y que no aplican para procesos de práctica. Asimismo, entiendo que cualquier apoyo académico debe ser solicitado y aprobado conforme a lo establecido en dichos lineamientos.</w:t>
      </w:r>
    </w:p>
    <w:p w:rsidRPr="00C24889" w:rsidR="005F6261" w:rsidRDefault="005F6261" w14:paraId="11ECA10F" w14:textId="77777777">
      <w:pPr>
        <w:spacing w:after="0"/>
        <w:rPr>
          <w:rFonts w:ascii="Segoe UI" w:hAnsi="Segoe UI" w:cs="Segoe UI"/>
        </w:rPr>
      </w:pPr>
    </w:p>
    <w:p w:rsidRPr="00C24889" w:rsidR="005F6261" w:rsidP="352CB182" w:rsidRDefault="0011589F" w14:paraId="3DEB7E3D" w14:textId="77777777">
      <w:pPr>
        <w:spacing w:after="160"/>
        <w:jc w:val="both"/>
        <w:rPr>
          <w:rFonts w:ascii="Segoe UI" w:hAnsi="Segoe UI" w:cs="Segoe UI"/>
        </w:rPr>
      </w:pPr>
      <w:r w:rsidRPr="00C24889">
        <w:rPr>
          <w:rFonts w:ascii="Segoe UI" w:hAnsi="Segoe UI" w:cs="Segoe UI"/>
        </w:rPr>
        <w:t>Declaro que la información y los documentos entregados son verídicos y corresponden a mi situación actual. Autorizo su tratamiento institucional, con carácter confidencial, exclusivamente para la evaluación, resolución, implementación y seguimiento de esta solicitud. Me comprometo a informar cambios relevantes y a presentar los antecedentes adicionales que resulten necesarios. Comprendo que la presentación de este formulario no implica la aprobación automática de los mecanismos solicitados.</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12"/>
        <w:gridCol w:w="3312"/>
      </w:tblGrid>
      <w:tr w:rsidRPr="00C24889" w:rsidR="005F6261" w:rsidTr="352CB182" w14:paraId="4D7E69F5" w14:textId="77777777">
        <w:trPr>
          <w:tblHeader/>
          <w:jc w:val="center"/>
        </w:trPr>
        <w:tc>
          <w:tcPr>
            <w:tcW w:w="6912" w:type="dxa"/>
            <w:shd w:val="clear" w:color="auto" w:fill="005A9C"/>
            <w:tcMar>
              <w:top w:w="70" w:type="dxa"/>
              <w:left w:w="90" w:type="dxa"/>
              <w:bottom w:w="70" w:type="dxa"/>
              <w:right w:w="90" w:type="dxa"/>
            </w:tcMar>
            <w:vAlign w:val="center"/>
          </w:tcPr>
          <w:p w:rsidRPr="00C24889" w:rsidR="005F6261" w:rsidRDefault="0011589F" w14:paraId="0E56B012" w14:textId="24AB3DDA">
            <w:pPr>
              <w:keepLines/>
              <w:spacing w:after="0"/>
              <w:rPr>
                <w:rFonts w:ascii="Segoe UI" w:hAnsi="Segoe UI" w:cs="Segoe UI"/>
              </w:rPr>
            </w:pPr>
            <w:r w:rsidRPr="00C24889">
              <w:rPr>
                <w:rFonts w:ascii="Segoe UI" w:hAnsi="Segoe UI" w:cs="Segoe UI"/>
                <w:color w:val="FFFFFF"/>
                <w:sz w:val="17"/>
              </w:rPr>
              <w:t>Firma de la persona estudiante</w:t>
            </w:r>
            <w:r w:rsidR="00C24889">
              <w:rPr>
                <w:rFonts w:ascii="Segoe UI" w:hAnsi="Segoe UI" w:cs="Segoe UI"/>
                <w:color w:val="FFFFFF"/>
                <w:sz w:val="17"/>
              </w:rPr>
              <w:t>re</w:t>
            </w:r>
          </w:p>
        </w:tc>
        <w:tc>
          <w:tcPr>
            <w:tcW w:w="3312" w:type="dxa"/>
            <w:shd w:val="clear" w:color="auto" w:fill="005A9C"/>
            <w:tcMar>
              <w:top w:w="70" w:type="dxa"/>
              <w:left w:w="90" w:type="dxa"/>
              <w:bottom w:w="70" w:type="dxa"/>
              <w:right w:w="90" w:type="dxa"/>
            </w:tcMar>
            <w:vAlign w:val="center"/>
          </w:tcPr>
          <w:p w:rsidRPr="00C24889" w:rsidR="005F6261" w:rsidRDefault="0011589F" w14:paraId="2EAD6813" w14:textId="77777777">
            <w:pPr>
              <w:keepLines/>
              <w:spacing w:after="0"/>
              <w:rPr>
                <w:rFonts w:ascii="Segoe UI" w:hAnsi="Segoe UI" w:cs="Segoe UI"/>
              </w:rPr>
            </w:pPr>
            <w:r w:rsidRPr="00C24889">
              <w:rPr>
                <w:rFonts w:ascii="Segoe UI" w:hAnsi="Segoe UI" w:cs="Segoe UI"/>
                <w:color w:val="FFFFFF"/>
                <w:sz w:val="17"/>
              </w:rPr>
              <w:t>Fecha</w:t>
            </w:r>
          </w:p>
        </w:tc>
      </w:tr>
      <w:tr w:rsidRPr="00C24889" w:rsidR="005F6261" w:rsidTr="352CB182" w14:paraId="595DE3E4" w14:textId="77777777">
        <w:trPr>
          <w:jc w:val="center"/>
        </w:trPr>
        <w:tc>
          <w:tcPr>
            <w:tcW w:w="6912" w:type="dxa"/>
            <w:tcMar>
              <w:top w:w="70" w:type="dxa"/>
              <w:left w:w="90" w:type="dxa"/>
              <w:bottom w:w="70" w:type="dxa"/>
              <w:right w:w="90" w:type="dxa"/>
            </w:tcMar>
            <w:vAlign w:val="center"/>
          </w:tcPr>
          <w:p w:rsidRPr="00C24889" w:rsidR="005F6261" w:rsidRDefault="005F6261" w14:paraId="05B3B9AB" w14:textId="77777777">
            <w:pPr>
              <w:keepLines/>
              <w:spacing w:after="0"/>
              <w:rPr>
                <w:rFonts w:ascii="Segoe UI" w:hAnsi="Segoe UI" w:cs="Segoe UI"/>
              </w:rPr>
            </w:pPr>
          </w:p>
        </w:tc>
        <w:tc>
          <w:tcPr>
            <w:tcW w:w="3312" w:type="dxa"/>
            <w:tcMar>
              <w:top w:w="70" w:type="dxa"/>
              <w:left w:w="90" w:type="dxa"/>
              <w:bottom w:w="70" w:type="dxa"/>
              <w:right w:w="90" w:type="dxa"/>
            </w:tcMar>
            <w:vAlign w:val="center"/>
          </w:tcPr>
          <w:p w:rsidRPr="00C24889" w:rsidR="005F6261" w:rsidRDefault="0011589F" w14:paraId="5AE68A8B" w14:textId="77777777">
            <w:pPr>
              <w:keepLines/>
              <w:spacing w:after="0"/>
              <w:rPr>
                <w:rFonts w:ascii="Segoe UI" w:hAnsi="Segoe UI" w:cs="Segoe UI"/>
              </w:rPr>
            </w:pPr>
            <w:r w:rsidRPr="00C24889">
              <w:rPr>
                <w:rFonts w:ascii="Segoe UI" w:hAnsi="Segoe UI" w:cs="Segoe UI"/>
                <w:sz w:val="17"/>
              </w:rPr>
              <w:t>____ / ____ / ______</w:t>
            </w:r>
          </w:p>
        </w:tc>
      </w:tr>
    </w:tbl>
    <w:p w:rsidRPr="00C24889" w:rsidR="352CB182" w:rsidRDefault="352CB182" w14:paraId="01FC832A" w14:textId="77777777">
      <w:pPr>
        <w:rPr>
          <w:rFonts w:ascii="Segoe UI" w:hAnsi="Segoe UI" w:cs="Segoe UI"/>
        </w:rPr>
      </w:pPr>
    </w:p>
    <w:sectPr w:rsidRPr="00C24889" w:rsidR="352CB182" w:rsidSect="00034616">
      <w:headerReference w:type="default" r:id="rId9"/>
      <w:footerReference w:type="default" r:id="rId10"/>
      <w:pgSz w:w="12240" w:h="15840" w:orient="portrait"/>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30A57" w:rsidRDefault="00530A57" w14:paraId="6CA2177F" w14:textId="77777777">
      <w:pPr>
        <w:spacing w:after="0" w:line="240" w:lineRule="auto"/>
      </w:pPr>
      <w:r>
        <w:separator/>
      </w:r>
    </w:p>
  </w:endnote>
  <w:endnote w:type="continuationSeparator" w:id="0">
    <w:p w:rsidR="00530A57" w:rsidRDefault="00530A57" w14:paraId="543D689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261" w:rsidP="0084520F" w:rsidRDefault="005F6261" w14:paraId="42CA373D" w14:textId="77777777">
    <w:pPr>
      <w:pStyle w:val="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30A57" w:rsidRDefault="00530A57" w14:paraId="6159E1CC" w14:textId="77777777">
      <w:pPr>
        <w:spacing w:after="0" w:line="240" w:lineRule="auto"/>
      </w:pPr>
      <w:r>
        <w:separator/>
      </w:r>
    </w:p>
  </w:footnote>
  <w:footnote w:type="continuationSeparator" w:id="0">
    <w:p w:rsidR="00530A57" w:rsidRDefault="00530A57" w14:paraId="1895A0C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60561" w:rsidP="1E491F09" w:rsidRDefault="00360561" w14:paraId="74A96FB6" w14:textId="4C17E546">
    <w:pPr>
      <w:rPr/>
    </w:pPr>
    <w:r w:rsidR="1E491F09">
      <w:drawing>
        <wp:inline wp14:editId="5B308F41" wp14:anchorId="178460ED">
          <wp:extent cx="1771650" cy="571500"/>
          <wp:effectExtent l="0" t="0" r="0" b="0"/>
          <wp:docPr id="983976709" name="Imagen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771650" cy="571500"/>
                  </a:xfrm>
                  <a:prstGeom prst="rect">
                    <a:avLst/>
                  </a:prstGeom>
                  <a:noFill/>
                  <a:ln>
                    <a:noFill/>
                  </a:ln>
                </pic:spPr>
              </pic:pic>
            </a:graphicData>
          </a:graphic>
        </wp:inline>
      </w:drawing>
    </w:r>
  </w:p>
  <w:p w:rsidR="00360561" w:rsidP="1E491F09" w:rsidRDefault="00360561" w14:paraId="149C228B" w14:textId="0298CD1B">
    <w:pPr>
      <w:numPr>
        <w:ilvl w:val="0"/>
        <w:numId w:val="0"/>
      </w:numPr>
      <w:ind w:left="1080"/>
    </w:pPr>
    <w:r w:rsidRPr="1E491F09" w:rsidR="1E491F09">
      <w:rPr>
        <w:color w:val="005A9C"/>
        <w:sz w:val="16"/>
        <w:szCs w:val="16"/>
      </w:rPr>
      <w:t>AIEP</w:t>
    </w:r>
    <w:r w:rsidRPr="1E491F09" w:rsidR="1E491F09">
      <w:rPr>
        <w:color w:val="005A9C"/>
        <w:sz w:val="16"/>
        <w:szCs w:val="16"/>
      </w:rPr>
      <w:t xml:space="preserve">| </w:t>
    </w:r>
    <w:r w:rsidRPr="1E491F09" w:rsidR="1E491F09">
      <w:rPr>
        <w:color w:val="005A9C"/>
        <w:sz w:val="16"/>
        <w:szCs w:val="16"/>
      </w:rPr>
      <w:t>Inclusión</w:t>
    </w:r>
    <w:r w:rsidRPr="1E491F09" w:rsidR="1E491F09">
      <w:rPr>
        <w:color w:val="005A9C"/>
        <w:sz w:val="16"/>
        <w:szCs w:val="16"/>
      </w:rPr>
      <w:t xml:space="preserve"> | </w:t>
    </w:r>
    <w:r w:rsidRPr="1E491F09" w:rsidR="1E491F09">
      <w:rPr>
        <w:color w:val="005A9C"/>
        <w:sz w:val="16"/>
        <w:szCs w:val="16"/>
      </w:rPr>
      <w:t>Mecanismos</w:t>
    </w:r>
    <w:r w:rsidRPr="1E491F09" w:rsidR="1E491F09">
      <w:rPr>
        <w:color w:val="005A9C"/>
        <w:sz w:val="16"/>
        <w:szCs w:val="16"/>
      </w:rPr>
      <w:t xml:space="preserve"> de </w:t>
    </w:r>
    <w:r w:rsidRPr="1E491F09" w:rsidR="1E491F09">
      <w:rPr>
        <w:color w:val="005A9C"/>
        <w:sz w:val="16"/>
        <w:szCs w:val="16"/>
      </w:rPr>
      <w:t>apoyo</w:t>
    </w:r>
    <w:r w:rsidRPr="1E491F09" w:rsidR="1E491F09">
      <w:rPr>
        <w:color w:val="005A9C"/>
        <w:sz w:val="16"/>
        <w:szCs w:val="16"/>
      </w:rPr>
      <w:t xml:space="preserve">: Estudiantes con </w:t>
    </w:r>
    <w:r w:rsidRPr="1E491F09" w:rsidR="1E491F09">
      <w:rPr>
        <w:color w:val="005A9C"/>
        <w:sz w:val="16"/>
        <w:szCs w:val="16"/>
      </w:rPr>
      <w:t>discapacidad</w:t>
    </w:r>
    <w:r w:rsidRPr="1E491F09" w:rsidR="1E491F09">
      <w:rPr>
        <w:color w:val="005A9C"/>
        <w:sz w:val="16"/>
        <w:szCs w:val="16"/>
      </w:rPr>
      <w:t xml:space="preserve">, </w:t>
    </w:r>
    <w:r w:rsidRPr="1E491F09" w:rsidR="1E491F09">
      <w:rPr>
        <w:color w:val="005A9C"/>
        <w:sz w:val="16"/>
        <w:szCs w:val="16"/>
      </w:rPr>
      <w:t>neurodivergencia</w:t>
    </w:r>
    <w:r w:rsidRPr="1E491F09" w:rsidR="1E491F09">
      <w:rPr>
        <w:color w:val="005A9C"/>
        <w:sz w:val="16"/>
        <w:szCs w:val="16"/>
      </w:rPr>
      <w:t xml:space="preserve"> y/o </w:t>
    </w:r>
    <w:r w:rsidRPr="1E491F09" w:rsidR="1E491F09">
      <w:rPr>
        <w:color w:val="005A9C"/>
        <w:sz w:val="16"/>
        <w:szCs w:val="16"/>
      </w:rPr>
      <w:t>afección</w:t>
    </w:r>
    <w:r w:rsidRPr="1E491F09" w:rsidR="1E491F09">
      <w:rPr>
        <w:color w:val="005A9C"/>
        <w:sz w:val="16"/>
        <w:szCs w:val="16"/>
      </w:rPr>
      <w:t xml:space="preserve"> </w:t>
    </w:r>
    <w:r w:rsidRPr="1E491F09" w:rsidR="1E491F09">
      <w:rPr>
        <w:color w:val="005A9C"/>
        <w:sz w:val="16"/>
        <w:szCs w:val="16"/>
      </w:rPr>
      <w:t>psiquiátrica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a"/>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a"/>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a"/>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a"/>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
      <w:lvlText w:val=""/>
      <w:lvlJc w:val="left"/>
      <w:pPr>
        <w:tabs>
          <w:tab w:val="num" w:pos="360"/>
        </w:tabs>
        <w:ind w:left="360" w:hanging="360"/>
      </w:pPr>
      <w:rPr>
        <w:rFonts w:hint="default" w:ascii="Symbol" w:hAnsi="Symbol"/>
      </w:rPr>
    </w:lvl>
  </w:abstractNum>
  <w:abstractNum w:abstractNumId="9" w15:restartNumberingAfterBreak="0">
    <w:nsid w:val="203EE0EF"/>
    <w:multiLevelType w:val="hybridMultilevel"/>
    <w:tmpl w:val="F8E656A2"/>
    <w:lvl w:ilvl="0" w:tplc="1700C0D2">
      <w:start w:val="1"/>
      <w:numFmt w:val="bullet"/>
      <w:lvlText w:val=""/>
      <w:lvlJc w:val="left"/>
      <w:pPr>
        <w:ind w:left="720" w:hanging="360"/>
      </w:pPr>
      <w:rPr>
        <w:rFonts w:hint="default" w:ascii="Symbol" w:hAnsi="Symbol"/>
      </w:rPr>
    </w:lvl>
    <w:lvl w:ilvl="1" w:tplc="D6EA525E">
      <w:start w:val="1"/>
      <w:numFmt w:val="bullet"/>
      <w:lvlText w:val="o"/>
      <w:lvlJc w:val="left"/>
      <w:pPr>
        <w:ind w:left="1440" w:hanging="360"/>
      </w:pPr>
      <w:rPr>
        <w:rFonts w:hint="default" w:ascii="Courier New" w:hAnsi="Courier New"/>
      </w:rPr>
    </w:lvl>
    <w:lvl w:ilvl="2" w:tplc="6588AF0C">
      <w:start w:val="1"/>
      <w:numFmt w:val="bullet"/>
      <w:lvlText w:val=""/>
      <w:lvlJc w:val="left"/>
      <w:pPr>
        <w:ind w:left="2160" w:hanging="360"/>
      </w:pPr>
      <w:rPr>
        <w:rFonts w:hint="default" w:ascii="Wingdings" w:hAnsi="Wingdings"/>
      </w:rPr>
    </w:lvl>
    <w:lvl w:ilvl="3" w:tplc="DAF0AAF4">
      <w:start w:val="1"/>
      <w:numFmt w:val="bullet"/>
      <w:lvlText w:val=""/>
      <w:lvlJc w:val="left"/>
      <w:pPr>
        <w:ind w:left="2880" w:hanging="360"/>
      </w:pPr>
      <w:rPr>
        <w:rFonts w:hint="default" w:ascii="Symbol" w:hAnsi="Symbol"/>
      </w:rPr>
    </w:lvl>
    <w:lvl w:ilvl="4" w:tplc="F2F07DA4">
      <w:start w:val="1"/>
      <w:numFmt w:val="bullet"/>
      <w:lvlText w:val="o"/>
      <w:lvlJc w:val="left"/>
      <w:pPr>
        <w:ind w:left="3600" w:hanging="360"/>
      </w:pPr>
      <w:rPr>
        <w:rFonts w:hint="default" w:ascii="Courier New" w:hAnsi="Courier New"/>
      </w:rPr>
    </w:lvl>
    <w:lvl w:ilvl="5" w:tplc="9AB47876">
      <w:start w:val="1"/>
      <w:numFmt w:val="bullet"/>
      <w:lvlText w:val=""/>
      <w:lvlJc w:val="left"/>
      <w:pPr>
        <w:ind w:left="4320" w:hanging="360"/>
      </w:pPr>
      <w:rPr>
        <w:rFonts w:hint="default" w:ascii="Wingdings" w:hAnsi="Wingdings"/>
      </w:rPr>
    </w:lvl>
    <w:lvl w:ilvl="6" w:tplc="CBE2544A">
      <w:start w:val="1"/>
      <w:numFmt w:val="bullet"/>
      <w:lvlText w:val=""/>
      <w:lvlJc w:val="left"/>
      <w:pPr>
        <w:ind w:left="5040" w:hanging="360"/>
      </w:pPr>
      <w:rPr>
        <w:rFonts w:hint="default" w:ascii="Symbol" w:hAnsi="Symbol"/>
      </w:rPr>
    </w:lvl>
    <w:lvl w:ilvl="7" w:tplc="2B884FD8">
      <w:start w:val="1"/>
      <w:numFmt w:val="bullet"/>
      <w:lvlText w:val="o"/>
      <w:lvlJc w:val="left"/>
      <w:pPr>
        <w:ind w:left="5760" w:hanging="360"/>
      </w:pPr>
      <w:rPr>
        <w:rFonts w:hint="default" w:ascii="Courier New" w:hAnsi="Courier New"/>
      </w:rPr>
    </w:lvl>
    <w:lvl w:ilvl="8" w:tplc="A802E43E">
      <w:start w:val="1"/>
      <w:numFmt w:val="bullet"/>
      <w:lvlText w:val=""/>
      <w:lvlJc w:val="left"/>
      <w:pPr>
        <w:ind w:left="6480" w:hanging="360"/>
      </w:pPr>
      <w:rPr>
        <w:rFonts w:hint="default" w:ascii="Wingdings" w:hAnsi="Wingdings"/>
      </w:rPr>
    </w:lvl>
  </w:abstractNum>
  <w:num w:numId="1" w16cid:durableId="446003785">
    <w:abstractNumId w:val="9"/>
  </w:num>
  <w:num w:numId="2" w16cid:durableId="394207414">
    <w:abstractNumId w:val="8"/>
  </w:num>
  <w:num w:numId="3" w16cid:durableId="2014919431">
    <w:abstractNumId w:val="6"/>
  </w:num>
  <w:num w:numId="4" w16cid:durableId="901910063">
    <w:abstractNumId w:val="5"/>
  </w:num>
  <w:num w:numId="5" w16cid:durableId="1537160558">
    <w:abstractNumId w:val="4"/>
  </w:num>
  <w:num w:numId="6" w16cid:durableId="1267616326">
    <w:abstractNumId w:val="7"/>
  </w:num>
  <w:num w:numId="7" w16cid:durableId="289019977">
    <w:abstractNumId w:val="3"/>
  </w:num>
  <w:num w:numId="8" w16cid:durableId="1708211698">
    <w:abstractNumId w:val="2"/>
  </w:num>
  <w:num w:numId="9" w16cid:durableId="934634318">
    <w:abstractNumId w:val="1"/>
  </w:num>
  <w:num w:numId="10" w16cid:durableId="1969050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000"/>
    <w:rsid w:val="00034616"/>
    <w:rsid w:val="00040305"/>
    <w:rsid w:val="0006063C"/>
    <w:rsid w:val="000B6A3B"/>
    <w:rsid w:val="0011589F"/>
    <w:rsid w:val="0015074B"/>
    <w:rsid w:val="0018485E"/>
    <w:rsid w:val="0029639D"/>
    <w:rsid w:val="00326F90"/>
    <w:rsid w:val="003552BD"/>
    <w:rsid w:val="00360561"/>
    <w:rsid w:val="004E6B5F"/>
    <w:rsid w:val="00530A57"/>
    <w:rsid w:val="005F5F52"/>
    <w:rsid w:val="005F6261"/>
    <w:rsid w:val="0084520F"/>
    <w:rsid w:val="00A00695"/>
    <w:rsid w:val="00AA1D8D"/>
    <w:rsid w:val="00B00C06"/>
    <w:rsid w:val="00B13CBD"/>
    <w:rsid w:val="00B47730"/>
    <w:rsid w:val="00C24889"/>
    <w:rsid w:val="00CB0664"/>
    <w:rsid w:val="00CB40A6"/>
    <w:rsid w:val="00E4176E"/>
    <w:rsid w:val="00EE31E6"/>
    <w:rsid w:val="00FC693F"/>
    <w:rsid w:val="0EC5B596"/>
    <w:rsid w:val="1708FB15"/>
    <w:rsid w:val="1D36D1D1"/>
    <w:rsid w:val="1E491F09"/>
    <w:rsid w:val="352CB182"/>
    <w:rsid w:val="3B233192"/>
    <w:rsid w:val="605ED690"/>
    <w:rsid w:val="6193925E"/>
    <w:rsid w:val="7A97E7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3C224"/>
  <w14:defaultImageDpi w14:val="300"/>
  <w15:docId w15:val="{A881BB18-94C4-4A96-ABBD-7E9209147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60"/>
    </w:pPr>
    <w:rPr>
      <w:rFonts w:ascii="Aptos" w:hAnsi="Aptos"/>
      <w:sz w:val="18"/>
    </w:rPr>
  </w:style>
  <w:style w:type="paragraph" w:styleId="Heading1">
    <w:name w:val="heading 1"/>
    <w:basedOn w:val="Normal"/>
    <w:next w:val="Normal"/>
    <w:uiPriority w:val="9"/>
    <w:qFormat/>
    <w:rsid w:val="00FC693F"/>
    <w:pPr>
      <w:keepNext/>
      <w:keepLines/>
      <w:spacing w:before="120"/>
      <w:outlineLvl w:val="0"/>
    </w:pPr>
    <w:rPr>
      <w:rFonts w:asciiTheme="majorHAnsi" w:hAnsiTheme="majorHAnsi" w:eastAsiaTheme="majorEastAsia" w:cstheme="majorBidi"/>
      <w:b/>
      <w:bCs/>
      <w:color w:val="005A9C"/>
      <w:sz w:val="26"/>
      <w:szCs w:val="28"/>
    </w:rPr>
  </w:style>
  <w:style w:type="paragraph" w:styleId="Heading2">
    <w:name w:val="heading 2"/>
    <w:basedOn w:val="Normal"/>
    <w:next w:val="Normal"/>
    <w:uiPriority w:val="9"/>
    <w:unhideWhenUsed/>
    <w:qFormat/>
    <w:rsid w:val="00FC693F"/>
    <w:pPr>
      <w:keepNext/>
      <w:keepLines/>
      <w:spacing w:before="80"/>
      <w:outlineLvl w:val="1"/>
    </w:pPr>
    <w:rPr>
      <w:rFonts w:asciiTheme="majorHAnsi" w:hAnsiTheme="majorHAnsi" w:eastAsiaTheme="majorEastAsia" w:cstheme="majorBidi"/>
      <w:b/>
      <w:bCs/>
      <w:color w:val="263238"/>
      <w:sz w:val="21"/>
      <w:szCs w:val="26"/>
    </w:rPr>
  </w:style>
  <w:style w:type="paragraph" w:styleId="Heading3">
    <w:name w:val="heading 3"/>
    <w:basedOn w:val="Normal"/>
    <w:next w:val="Normal"/>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paragraph" w:styleId="ListParagraph">
    <w:name w:val="List Paragraph"/>
    <w:basedOn w:val="Normal"/>
    <w:uiPriority w:val="34"/>
    <w:qFormat/>
    <w:rsid w:val="00FC693F"/>
    <w:pPr>
      <w:ind w:left="720"/>
      <w:contextualSpacing/>
    </w:p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mallNote" w:customStyle="1">
    <w:name w:val="Small Note"/>
    <w:pPr>
      <w:spacing w:after="40"/>
    </w:pPr>
    <w:rPr>
      <w:rFonts w:ascii="Aptos" w:hAnsi="Aptos"/>
      <w:color w:val="4A4A4A"/>
      <w:sz w:val="16"/>
    </w:rPr>
  </w:style>
  <w:style w:type="character" w:styleId="Hyperlink">
    <w:name w:val="Hyperlink"/>
    <w:basedOn w:val="DefaultParagraphFont"/>
    <w:uiPriority w:val="99"/>
    <w:unhideWhenUsed/>
    <w:rsid w:val="00C24889"/>
    <w:rPr>
      <w:color w:val="0000FF" w:themeColor="hyperlink"/>
      <w:u w:val="single"/>
    </w:rPr>
  </w:style>
  <w:style w:type="character" w:styleId="UnresolvedMention">
    <w:name w:val="Unresolved Mention"/>
    <w:basedOn w:val="DefaultParagraphFont"/>
    <w:uiPriority w:val="99"/>
    <w:semiHidden/>
    <w:unhideWhenUsed/>
    <w:rsid w:val="00C24889"/>
    <w:rPr>
      <w:color w:val="605E5C"/>
      <w:shd w:val="clear" w:color="auto" w:fill="E1DFDD"/>
    </w:rPr>
  </w:style>
  <w:style w:type="paragraph" w:styleId="a" w:customStyle="1">
    <w:basedOn w:val="DefaultParagraphFont"/>
    <w:next w:val="UnresolvedMention"/>
    <w:link w:val="IntenseQuoteChar"/>
    <w:uiPriority w:val="30"/>
    <w:unhideWhenUsed/>
    <w:rsid w:val="00B00C06"/>
    <w:pPr>
      <w:numPr>
        <w:numId w:val="4"/>
      </w:numPr>
      <w:spacing w:after="0" w:line="240" w:lineRule="auto"/>
    </w:pPr>
    <w:rPr>
      <w:rFonts w:asciiTheme="minorHAnsi" w:hAnsiTheme="minorHAnsi"/>
      <w:b/>
      <w:bCs/>
      <w:i/>
      <w:iCs/>
      <w:color w:val="4F81BD" w:themeColor="accent1"/>
      <w:sz w:val="22"/>
    </w:rPr>
  </w:style>
  <w:style w:type="character" w:styleId="IntenseQuoteChar" w:customStyle="1">
    <w:name w:val="Intense Quote Char"/>
    <w:basedOn w:val="DefaultParagraphFont"/>
    <w:link w:val="a"/>
    <w:uiPriority w:val="30"/>
    <w:rsid w:val="00B00C06"/>
    <w:rPr>
      <w:b/>
      <w:bCs/>
      <w:i/>
      <w:iCs/>
      <w:color w:val="4F81BD" w:themeColor="accent1"/>
    </w:rPr>
  </w:style>
  <w:style w:type="character" w:styleId="HeaderChar" w:customStyle="1">
    <w:name w:val="Header Char"/>
    <w:basedOn w:val="DefaultParagraphFont"/>
    <w:uiPriority w:val="99"/>
    <w:rsid w:val="00B00C06"/>
  </w:style>
  <w:style w:type="character" w:styleId="FooterChar" w:customStyle="1">
    <w:name w:val="Footer Char"/>
    <w:basedOn w:val="DefaultParagraphFont"/>
    <w:uiPriority w:val="99"/>
    <w:rsid w:val="00B00C06"/>
  </w:style>
  <w:style w:type="character" w:styleId="Heading1Char" w:customStyle="1">
    <w:name w:val="Heading 1 Char"/>
    <w:basedOn w:val="DefaultParagraphFont"/>
    <w:uiPriority w:val="9"/>
    <w:rsid w:val="00B00C06"/>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uiPriority w:val="9"/>
    <w:rsid w:val="00B00C06"/>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uiPriority w:val="9"/>
    <w:rsid w:val="00B00C06"/>
    <w:rPr>
      <w:rFonts w:asciiTheme="majorHAnsi" w:hAnsiTheme="majorHAnsi" w:eastAsiaTheme="majorEastAsia" w:cstheme="majorBidi"/>
      <w:b/>
      <w:bCs/>
      <w:color w:val="4F81BD" w:themeColor="accent1"/>
    </w:rPr>
  </w:style>
  <w:style w:type="character" w:styleId="Heading4Char" w:customStyle="1">
    <w:name w:val="Heading 4 Char"/>
    <w:basedOn w:val="DefaultParagraphFont"/>
    <w:uiPriority w:val="9"/>
    <w:semiHidden/>
    <w:rsid w:val="00B00C06"/>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uiPriority w:val="9"/>
    <w:semiHidden/>
    <w:rsid w:val="00B00C06"/>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uiPriority w:val="9"/>
    <w:semiHidden/>
    <w:rsid w:val="00B00C06"/>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uiPriority w:val="9"/>
    <w:semiHidden/>
    <w:rsid w:val="00B00C06"/>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uiPriority w:val="9"/>
    <w:semiHidden/>
    <w:rsid w:val="00B00C06"/>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uiPriority w:val="9"/>
    <w:semiHidden/>
    <w:rsid w:val="00B00C06"/>
    <w:rPr>
      <w:rFonts w:asciiTheme="majorHAnsi" w:hAnsiTheme="majorHAnsi" w:eastAsiaTheme="majorEastAsia" w:cstheme="majorBidi"/>
      <w:i/>
      <w:iCs/>
      <w:color w:val="404040" w:themeColor="text1" w:themeTint="BF"/>
      <w:sz w:val="20"/>
      <w:szCs w:val="20"/>
    </w:rPr>
  </w:style>
  <w:style w:type="paragraph" w:styleId="Header">
    <w:name w:val="header"/>
    <w:basedOn w:val="Normal"/>
    <w:link w:val="HeaderChar1"/>
    <w:uiPriority w:val="99"/>
    <w:unhideWhenUsed/>
    <w:rsid w:val="0084520F"/>
    <w:pPr>
      <w:tabs>
        <w:tab w:val="center" w:pos="4680"/>
        <w:tab w:val="right" w:pos="9360"/>
      </w:tabs>
      <w:spacing w:after="0" w:line="240" w:lineRule="auto"/>
    </w:pPr>
  </w:style>
  <w:style w:type="character" w:styleId="HeaderChar1" w:customStyle="1">
    <w:name w:val="Header Char1"/>
    <w:basedOn w:val="DefaultParagraphFont"/>
    <w:link w:val="Header"/>
    <w:uiPriority w:val="99"/>
    <w:semiHidden/>
    <w:rsid w:val="0084520F"/>
    <w:rPr>
      <w:rFonts w:ascii="Aptos" w:hAnsi="Aptos"/>
      <w:sz w:val="18"/>
    </w:rPr>
  </w:style>
  <w:style w:type="paragraph" w:styleId="Footer">
    <w:name w:val="footer"/>
    <w:basedOn w:val="Normal"/>
    <w:link w:val="FooterChar1"/>
    <w:uiPriority w:val="99"/>
    <w:unhideWhenUsed/>
    <w:rsid w:val="0084520F"/>
    <w:pPr>
      <w:tabs>
        <w:tab w:val="center" w:pos="4680"/>
        <w:tab w:val="right" w:pos="9360"/>
      </w:tabs>
      <w:spacing w:after="0" w:line="240" w:lineRule="auto"/>
    </w:pPr>
  </w:style>
  <w:style w:type="character" w:styleId="FooterChar1" w:customStyle="1">
    <w:name w:val="Footer Char1"/>
    <w:basedOn w:val="DefaultParagraphFont"/>
    <w:link w:val="Footer"/>
    <w:uiPriority w:val="99"/>
    <w:semiHidden/>
    <w:rsid w:val="0084520F"/>
    <w:rPr>
      <w:rFonts w:ascii="Aptos" w:hAnsi="Aptos"/>
      <w:sz w:val="18"/>
    </w:rPr>
  </w:style>
  <w:style w:type="character" w:styleId="TitleChar1" w:customStyle="1">
    <w:name w:val="Title Char1"/>
    <w:basedOn w:val="DefaultParagraphFont"/>
    <w:uiPriority w:val="10"/>
    <w:rsid w:val="0084520F"/>
    <w:rPr>
      <w:rFonts w:asciiTheme="majorHAnsi" w:hAnsiTheme="majorHAnsi" w:eastAsiaTheme="majorEastAsia" w:cstheme="majorBidi"/>
      <w:spacing w:val="-10"/>
      <w:kern w:val="28"/>
      <w:sz w:val="56"/>
      <w:szCs w:val="56"/>
    </w:rPr>
  </w:style>
  <w:style w:type="character" w:styleId="SubtitleChar1" w:customStyle="1">
    <w:name w:val="Subtitle Char1"/>
    <w:basedOn w:val="DefaultParagraphFont"/>
    <w:uiPriority w:val="11"/>
    <w:rsid w:val="0084520F"/>
    <w:rPr>
      <w:rFonts w:eastAsiaTheme="majorEastAsia" w:cstheme="majorBidi"/>
      <w:color w:val="595959" w:themeColor="text1" w:themeTint="A6"/>
      <w:spacing w:val="15"/>
      <w:sz w:val="28"/>
      <w:szCs w:val="28"/>
    </w:rPr>
  </w:style>
  <w:style w:type="character" w:styleId="BodyTextChar1" w:customStyle="1">
    <w:name w:val="Body Text Char1"/>
    <w:basedOn w:val="DefaultParagraphFont"/>
    <w:uiPriority w:val="99"/>
    <w:semiHidden/>
    <w:rsid w:val="0084520F"/>
    <w:rPr>
      <w:rFonts w:ascii="Aptos" w:hAnsi="Aptos"/>
      <w:sz w:val="18"/>
    </w:rPr>
  </w:style>
  <w:style w:type="character" w:styleId="BodyText2Char1" w:customStyle="1">
    <w:name w:val="Body Text 2 Char1"/>
    <w:basedOn w:val="DefaultParagraphFont"/>
    <w:uiPriority w:val="99"/>
    <w:semiHidden/>
    <w:rsid w:val="0084520F"/>
    <w:rPr>
      <w:rFonts w:ascii="Aptos" w:hAnsi="Aptos"/>
      <w:sz w:val="18"/>
    </w:rPr>
  </w:style>
  <w:style w:type="character" w:styleId="BodyText3Char1" w:customStyle="1">
    <w:name w:val="Body Text 3 Char1"/>
    <w:basedOn w:val="DefaultParagraphFont"/>
    <w:uiPriority w:val="99"/>
    <w:semiHidden/>
    <w:rsid w:val="0084520F"/>
    <w:rPr>
      <w:rFonts w:ascii="Aptos" w:hAnsi="Aptos"/>
      <w:sz w:val="16"/>
      <w:szCs w:val="16"/>
    </w:rPr>
  </w:style>
  <w:style w:type="character" w:styleId="MacroTextChar1" w:customStyle="1">
    <w:name w:val="Macro Text Char1"/>
    <w:basedOn w:val="DefaultParagraphFont"/>
    <w:uiPriority w:val="99"/>
    <w:semiHidden/>
    <w:rsid w:val="0084520F"/>
    <w:rPr>
      <w:rFonts w:ascii="Consolas" w:hAnsi="Consolas"/>
      <w:sz w:val="20"/>
      <w:szCs w:val="20"/>
    </w:rPr>
  </w:style>
  <w:style w:type="character" w:styleId="QuoteChar1" w:customStyle="1">
    <w:name w:val="Quote Char1"/>
    <w:basedOn w:val="DefaultParagraphFont"/>
    <w:uiPriority w:val="29"/>
    <w:rsid w:val="0084520F"/>
    <w:rPr>
      <w:rFonts w:ascii="Aptos" w:hAnsi="Aptos"/>
      <w:i/>
      <w:iCs/>
      <w:color w:val="404040" w:themeColor="text1" w:themeTint="BF"/>
      <w:sz w:val="18"/>
    </w:rPr>
  </w:style>
  <w:style w:type="character" w:styleId="IntenseQuoteChar1" w:customStyle="1">
    <w:name w:val="Intense Quote Char1"/>
    <w:basedOn w:val="DefaultParagraphFont"/>
    <w:uiPriority w:val="30"/>
    <w:rsid w:val="0084520F"/>
    <w:rPr>
      <w:rFonts w:ascii="Aptos" w:hAnsi="Aptos"/>
      <w:i/>
      <w:iCs/>
      <w:color w:val="365F91" w:themeColor="accent1" w:themeShade="B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mailto:generoydiversidades@aiep.cl" TargetMode="Externa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Belen Emilia Cid Ceballos</dc:creator>
  <keywords/>
  <dc:description>generated by python-docx</dc:description>
  <lastModifiedBy>Eleany Patricia Perera Rivas</lastModifiedBy>
  <revision>8</revision>
  <dcterms:created xsi:type="dcterms:W3CDTF">2026-10-20T17:58:00.0000000Z</dcterms:created>
  <dcterms:modified xsi:type="dcterms:W3CDTF">2026-10-26T21:37:35.7327594Z</dcterms:modified>
  <category/>
</coreProperties>
</file>